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50ADA" w14:textId="2B4C5163" w:rsidR="00563705" w:rsidRPr="00C4089B" w:rsidRDefault="00C4089B" w:rsidP="00C348F7">
      <w:pPr>
        <w:spacing w:after="0" w:line="240" w:lineRule="auto"/>
        <w:jc w:val="center"/>
        <w:rPr>
          <w:rFonts w:ascii="Aptos Light" w:hAnsi="Aptos Light"/>
          <w:b/>
          <w:color w:val="EE0000"/>
          <w:sz w:val="32"/>
          <w:szCs w:val="24"/>
        </w:rPr>
      </w:pPr>
      <w:r w:rsidRPr="00C4089B">
        <w:rPr>
          <w:rFonts w:ascii="Aptos Light" w:hAnsi="Aptos Light"/>
          <w:b/>
          <w:color w:val="EE0000"/>
          <w:sz w:val="32"/>
          <w:szCs w:val="24"/>
        </w:rPr>
        <w:t>ISLAND CHAMPIONSHIPS 2026</w:t>
      </w:r>
    </w:p>
    <w:p w14:paraId="485FF54D" w14:textId="36D10DB0" w:rsidR="004819D9" w:rsidRPr="00C4089B" w:rsidRDefault="005B3C8A" w:rsidP="00C348F7">
      <w:pPr>
        <w:spacing w:after="0" w:line="240" w:lineRule="auto"/>
        <w:jc w:val="center"/>
        <w:rPr>
          <w:rFonts w:ascii="Aptos Light" w:hAnsi="Aptos Light"/>
          <w:color w:val="EE0000"/>
          <w:sz w:val="24"/>
          <w:szCs w:val="24"/>
        </w:rPr>
      </w:pPr>
      <w:r w:rsidRPr="00C4089B">
        <w:rPr>
          <w:rFonts w:ascii="Aptos Light" w:hAnsi="Aptos Light"/>
          <w:b/>
          <w:color w:val="EE0000"/>
          <w:sz w:val="32"/>
          <w:szCs w:val="24"/>
        </w:rPr>
        <w:t xml:space="preserve"> </w:t>
      </w:r>
      <w:r w:rsidR="00C4089B" w:rsidRPr="00C4089B">
        <w:rPr>
          <w:rFonts w:ascii="Aptos Light" w:hAnsi="Aptos Light"/>
          <w:b/>
          <w:color w:val="EE0000"/>
          <w:sz w:val="32"/>
          <w:szCs w:val="24"/>
        </w:rPr>
        <w:t>INFORMATION</w:t>
      </w:r>
    </w:p>
    <w:p w14:paraId="2452583A" w14:textId="77777777" w:rsidR="004819D9" w:rsidRPr="00875CA2" w:rsidRDefault="004819D9" w:rsidP="00C348F7">
      <w:pPr>
        <w:spacing w:line="240" w:lineRule="auto"/>
        <w:rPr>
          <w:rFonts w:ascii="Aptos Light" w:hAnsi="Aptos Ligh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418"/>
        <w:gridCol w:w="3260"/>
        <w:gridCol w:w="2977"/>
        <w:gridCol w:w="3260"/>
      </w:tblGrid>
      <w:tr w:rsidR="004819D9" w:rsidRPr="00827F89" w14:paraId="0439C69D" w14:textId="77777777" w:rsidTr="0064077E">
        <w:tc>
          <w:tcPr>
            <w:tcW w:w="1418" w:type="dxa"/>
            <w:shd w:val="clear" w:color="auto" w:fill="000000"/>
          </w:tcPr>
          <w:p w14:paraId="17EDC68F" w14:textId="6622F461" w:rsidR="004819D9" w:rsidRPr="00827F89" w:rsidRDefault="002C6948" w:rsidP="00786B50">
            <w:pPr>
              <w:spacing w:before="60" w:after="60"/>
              <w:rPr>
                <w:rFonts w:ascii="Aptos Light" w:hAnsi="Aptos Light"/>
                <w:b/>
                <w:bCs/>
              </w:rPr>
            </w:pPr>
            <w:r w:rsidRPr="00827F89">
              <w:rPr>
                <w:rFonts w:ascii="Aptos Light" w:hAnsi="Aptos Light"/>
                <w:b/>
                <w:bCs/>
              </w:rPr>
              <w:t>C</w:t>
            </w:r>
            <w:r w:rsidR="00786B50" w:rsidRPr="00827F89">
              <w:rPr>
                <w:rFonts w:ascii="Aptos Light" w:hAnsi="Aptos Light"/>
                <w:b/>
                <w:bCs/>
              </w:rPr>
              <w:t>ODE</w:t>
            </w:r>
          </w:p>
        </w:tc>
        <w:tc>
          <w:tcPr>
            <w:tcW w:w="3260" w:type="dxa"/>
            <w:shd w:val="clear" w:color="auto" w:fill="000000"/>
          </w:tcPr>
          <w:p w14:paraId="17E7119A" w14:textId="3B241065" w:rsidR="004819D9" w:rsidRPr="00827F89" w:rsidRDefault="00786B50" w:rsidP="00786B50">
            <w:pPr>
              <w:spacing w:before="60" w:after="60"/>
              <w:rPr>
                <w:rFonts w:ascii="Aptos Light" w:hAnsi="Aptos Light"/>
                <w:b/>
                <w:bCs/>
              </w:rPr>
            </w:pPr>
            <w:r w:rsidRPr="00827F89">
              <w:rPr>
                <w:rFonts w:ascii="Aptos Light" w:hAnsi="Aptos Light"/>
                <w:b/>
                <w:bCs/>
              </w:rPr>
              <w:t>COMPETITION</w:t>
            </w:r>
          </w:p>
        </w:tc>
        <w:tc>
          <w:tcPr>
            <w:tcW w:w="2977" w:type="dxa"/>
            <w:shd w:val="clear" w:color="auto" w:fill="000000"/>
          </w:tcPr>
          <w:p w14:paraId="169AF686" w14:textId="2336E8F6" w:rsidR="004819D9" w:rsidRPr="00827F89" w:rsidRDefault="00786B50" w:rsidP="00786B50">
            <w:pPr>
              <w:spacing w:before="60" w:after="60"/>
              <w:rPr>
                <w:rFonts w:ascii="Aptos Light" w:hAnsi="Aptos Light"/>
                <w:b/>
                <w:bCs/>
              </w:rPr>
            </w:pPr>
            <w:r w:rsidRPr="00827F89">
              <w:rPr>
                <w:rFonts w:ascii="Aptos Light" w:hAnsi="Aptos Light"/>
                <w:b/>
                <w:bCs/>
              </w:rPr>
              <w:t>DATE</w:t>
            </w:r>
          </w:p>
        </w:tc>
        <w:tc>
          <w:tcPr>
            <w:tcW w:w="3260" w:type="dxa"/>
            <w:shd w:val="clear" w:color="auto" w:fill="000000"/>
          </w:tcPr>
          <w:p w14:paraId="51F02149" w14:textId="2174D78C" w:rsidR="004819D9" w:rsidRPr="00827F89" w:rsidRDefault="00786B50" w:rsidP="00786B50">
            <w:pPr>
              <w:spacing w:before="60" w:after="60"/>
              <w:rPr>
                <w:rFonts w:ascii="Aptos Light" w:hAnsi="Aptos Light"/>
                <w:b/>
                <w:bCs/>
              </w:rPr>
            </w:pPr>
            <w:r w:rsidRPr="00827F89">
              <w:rPr>
                <w:rFonts w:ascii="Aptos Light" w:hAnsi="Aptos Light"/>
                <w:b/>
                <w:bCs/>
              </w:rPr>
              <w:t>VENUE</w:t>
            </w:r>
          </w:p>
        </w:tc>
      </w:tr>
      <w:tr w:rsidR="004819D9" w:rsidRPr="00827F89" w14:paraId="3DCA781D" w14:textId="77777777" w:rsidTr="0064077E">
        <w:tc>
          <w:tcPr>
            <w:tcW w:w="1418" w:type="dxa"/>
            <w:shd w:val="clear" w:color="auto" w:fill="CFE2F3"/>
          </w:tcPr>
          <w:p w14:paraId="37852763" w14:textId="6C3182ED" w:rsidR="004819D9" w:rsidRPr="00827F89" w:rsidRDefault="002C6948" w:rsidP="00786B50">
            <w:pPr>
              <w:spacing w:before="60" w:after="60"/>
              <w:rPr>
                <w:rFonts w:ascii="Aptos Light" w:hAnsi="Aptos Light"/>
                <w:b/>
                <w:bCs/>
              </w:rPr>
            </w:pPr>
            <w:r w:rsidRPr="00827F89">
              <w:rPr>
                <w:rFonts w:ascii="Aptos Light" w:hAnsi="Aptos Light"/>
                <w:b/>
                <w:bCs/>
              </w:rPr>
              <w:t>MS</w:t>
            </w:r>
            <w:r w:rsidR="00786B50" w:rsidRPr="00827F89">
              <w:rPr>
                <w:rFonts w:ascii="Aptos Light" w:hAnsi="Aptos Light"/>
                <w:b/>
                <w:bCs/>
              </w:rPr>
              <w:t xml:space="preserve"> or WS</w:t>
            </w:r>
          </w:p>
        </w:tc>
        <w:tc>
          <w:tcPr>
            <w:tcW w:w="3260" w:type="dxa"/>
            <w:shd w:val="clear" w:color="auto" w:fill="CFE2F3"/>
          </w:tcPr>
          <w:p w14:paraId="0A44DD35" w14:textId="190F78CC" w:rsidR="004819D9" w:rsidRPr="00827F89" w:rsidRDefault="002C6948" w:rsidP="00786B50">
            <w:pPr>
              <w:spacing w:before="60" w:after="60"/>
              <w:rPr>
                <w:rFonts w:ascii="Aptos Light" w:hAnsi="Aptos Light"/>
              </w:rPr>
            </w:pPr>
            <w:proofErr w:type="gramStart"/>
            <w:r w:rsidRPr="00827F89">
              <w:rPr>
                <w:rFonts w:ascii="Aptos Light" w:hAnsi="Aptos Light"/>
              </w:rPr>
              <w:t xml:space="preserve">Men’s </w:t>
            </w:r>
            <w:r w:rsidR="008F0E4C" w:rsidRPr="00827F89">
              <w:rPr>
                <w:rFonts w:ascii="Aptos Light" w:hAnsi="Aptos Light"/>
              </w:rPr>
              <w:t xml:space="preserve"> &amp;</w:t>
            </w:r>
            <w:proofErr w:type="gramEnd"/>
            <w:r w:rsidR="008F0E4C" w:rsidRPr="00827F89">
              <w:rPr>
                <w:rFonts w:ascii="Aptos Light" w:hAnsi="Aptos Light"/>
              </w:rPr>
              <w:t xml:space="preserve"> Women’s </w:t>
            </w:r>
            <w:r w:rsidRPr="00827F89">
              <w:rPr>
                <w:rFonts w:ascii="Aptos Light" w:hAnsi="Aptos Light"/>
              </w:rPr>
              <w:t>Singles</w:t>
            </w:r>
          </w:p>
        </w:tc>
        <w:tc>
          <w:tcPr>
            <w:tcW w:w="2977" w:type="dxa"/>
            <w:shd w:val="clear" w:color="auto" w:fill="CFE2F3"/>
          </w:tcPr>
          <w:p w14:paraId="0EE6DE5F" w14:textId="58A960DB" w:rsidR="004819D9" w:rsidRPr="00827F89" w:rsidRDefault="002C6948" w:rsidP="00786B50">
            <w:pPr>
              <w:spacing w:before="60" w:after="60"/>
              <w:rPr>
                <w:rFonts w:ascii="Aptos Light" w:hAnsi="Aptos Light"/>
              </w:rPr>
            </w:pPr>
            <w:r w:rsidRPr="00827F89">
              <w:rPr>
                <w:rFonts w:ascii="Aptos Light" w:hAnsi="Aptos Light"/>
              </w:rPr>
              <w:t xml:space="preserve">Saturday </w:t>
            </w:r>
            <w:r w:rsidR="003D0C50" w:rsidRPr="00827F89">
              <w:rPr>
                <w:rFonts w:ascii="Aptos Light" w:hAnsi="Aptos Light"/>
              </w:rPr>
              <w:t>16</w:t>
            </w:r>
            <w:r w:rsidRPr="00827F89">
              <w:rPr>
                <w:rFonts w:ascii="Aptos Light" w:hAnsi="Aptos Light"/>
              </w:rPr>
              <w:t>th May</w:t>
            </w:r>
          </w:p>
        </w:tc>
        <w:tc>
          <w:tcPr>
            <w:tcW w:w="3260" w:type="dxa"/>
            <w:shd w:val="clear" w:color="auto" w:fill="CFE2F3"/>
          </w:tcPr>
          <w:p w14:paraId="49EDAB1E" w14:textId="4F38D58C" w:rsidR="004819D9" w:rsidRPr="00827F89" w:rsidRDefault="003D0C50" w:rsidP="00786B50">
            <w:pPr>
              <w:spacing w:before="60" w:after="60"/>
              <w:rPr>
                <w:rFonts w:ascii="Aptos Light" w:hAnsi="Aptos Light"/>
              </w:rPr>
            </w:pPr>
            <w:r w:rsidRPr="00827F89">
              <w:rPr>
                <w:rFonts w:ascii="Aptos Light" w:hAnsi="Aptos Light"/>
              </w:rPr>
              <w:t xml:space="preserve">Jersey </w:t>
            </w:r>
            <w:r w:rsidR="002C6948" w:rsidRPr="00827F89">
              <w:rPr>
                <w:rFonts w:ascii="Aptos Light" w:hAnsi="Aptos Light"/>
              </w:rPr>
              <w:t>Pétanque Club</w:t>
            </w:r>
          </w:p>
        </w:tc>
      </w:tr>
      <w:tr w:rsidR="004819D9" w:rsidRPr="00827F89" w14:paraId="2E31C7AA" w14:textId="77777777" w:rsidTr="0064077E">
        <w:tc>
          <w:tcPr>
            <w:tcW w:w="1418" w:type="dxa"/>
            <w:shd w:val="clear" w:color="auto" w:fill="FCE5CD"/>
          </w:tcPr>
          <w:p w14:paraId="71ED82C5" w14:textId="5FF7C8BD" w:rsidR="004819D9" w:rsidRPr="00827F89" w:rsidRDefault="002C6948" w:rsidP="00786B50">
            <w:pPr>
              <w:spacing w:before="60" w:after="60"/>
              <w:rPr>
                <w:rFonts w:ascii="Aptos Light" w:hAnsi="Aptos Light"/>
                <w:b/>
                <w:bCs/>
              </w:rPr>
            </w:pPr>
            <w:r w:rsidRPr="00827F89">
              <w:rPr>
                <w:rFonts w:ascii="Aptos Light" w:hAnsi="Aptos Light"/>
                <w:b/>
                <w:bCs/>
              </w:rPr>
              <w:t>MT</w:t>
            </w:r>
            <w:r w:rsidR="00786B50" w:rsidRPr="00827F89">
              <w:rPr>
                <w:rFonts w:ascii="Aptos Light" w:hAnsi="Aptos Light"/>
                <w:b/>
                <w:bCs/>
              </w:rPr>
              <w:t xml:space="preserve"> or WT</w:t>
            </w:r>
          </w:p>
        </w:tc>
        <w:tc>
          <w:tcPr>
            <w:tcW w:w="3260" w:type="dxa"/>
            <w:shd w:val="clear" w:color="auto" w:fill="FCE5CD"/>
          </w:tcPr>
          <w:p w14:paraId="3FBEAFF6" w14:textId="4FB7E59F" w:rsidR="004819D9" w:rsidRPr="00827F89" w:rsidRDefault="002C6948" w:rsidP="00786B50">
            <w:pPr>
              <w:spacing w:before="60" w:after="60"/>
              <w:rPr>
                <w:rFonts w:ascii="Aptos Light" w:hAnsi="Aptos Light"/>
              </w:rPr>
            </w:pPr>
            <w:r w:rsidRPr="00827F89">
              <w:rPr>
                <w:rFonts w:ascii="Aptos Light" w:hAnsi="Aptos Light"/>
              </w:rPr>
              <w:t xml:space="preserve">Men’s </w:t>
            </w:r>
            <w:r w:rsidR="008F0E4C" w:rsidRPr="00827F89">
              <w:rPr>
                <w:rFonts w:ascii="Aptos Light" w:hAnsi="Aptos Light"/>
              </w:rPr>
              <w:t xml:space="preserve">&amp; Women’s </w:t>
            </w:r>
            <w:r w:rsidRPr="00827F89">
              <w:rPr>
                <w:rFonts w:ascii="Aptos Light" w:hAnsi="Aptos Light"/>
              </w:rPr>
              <w:t>Triples</w:t>
            </w:r>
          </w:p>
        </w:tc>
        <w:tc>
          <w:tcPr>
            <w:tcW w:w="2977" w:type="dxa"/>
            <w:shd w:val="clear" w:color="auto" w:fill="FCE5CD"/>
          </w:tcPr>
          <w:p w14:paraId="11713587" w14:textId="786CB644" w:rsidR="004819D9" w:rsidRPr="00827F89" w:rsidRDefault="002C6948" w:rsidP="00786B50">
            <w:pPr>
              <w:spacing w:before="60" w:after="60"/>
              <w:rPr>
                <w:rFonts w:ascii="Aptos Light" w:hAnsi="Aptos Light"/>
              </w:rPr>
            </w:pPr>
            <w:r w:rsidRPr="00827F89">
              <w:rPr>
                <w:rFonts w:ascii="Aptos Light" w:hAnsi="Aptos Light"/>
              </w:rPr>
              <w:t xml:space="preserve">Saturday </w:t>
            </w:r>
            <w:r w:rsidR="003D0C50" w:rsidRPr="00827F89">
              <w:rPr>
                <w:rFonts w:ascii="Aptos Light" w:hAnsi="Aptos Light"/>
              </w:rPr>
              <w:t>6</w:t>
            </w:r>
            <w:r w:rsidRPr="00827F89">
              <w:rPr>
                <w:rFonts w:ascii="Aptos Light" w:hAnsi="Aptos Light"/>
              </w:rPr>
              <w:t>th June</w:t>
            </w:r>
          </w:p>
        </w:tc>
        <w:tc>
          <w:tcPr>
            <w:tcW w:w="3260" w:type="dxa"/>
            <w:shd w:val="clear" w:color="auto" w:fill="FCE5CD"/>
          </w:tcPr>
          <w:p w14:paraId="3F1F489F" w14:textId="77777777" w:rsidR="004819D9" w:rsidRPr="00827F89" w:rsidRDefault="002C6948" w:rsidP="00786B50">
            <w:pPr>
              <w:spacing w:before="60" w:after="60"/>
              <w:rPr>
                <w:rFonts w:ascii="Aptos Light" w:hAnsi="Aptos Light"/>
              </w:rPr>
            </w:pPr>
            <w:r w:rsidRPr="00827F89">
              <w:rPr>
                <w:rFonts w:ascii="Aptos Light" w:hAnsi="Aptos Light"/>
              </w:rPr>
              <w:t>Liberation Pétanque Club</w:t>
            </w:r>
          </w:p>
        </w:tc>
      </w:tr>
      <w:tr w:rsidR="004819D9" w:rsidRPr="00827F89" w14:paraId="67861D82" w14:textId="77777777" w:rsidTr="0064077E">
        <w:tc>
          <w:tcPr>
            <w:tcW w:w="1418" w:type="dxa"/>
            <w:shd w:val="clear" w:color="auto" w:fill="D9EAD3"/>
          </w:tcPr>
          <w:p w14:paraId="702C678E" w14:textId="61FB8040" w:rsidR="004819D9" w:rsidRPr="00827F89" w:rsidRDefault="003D0C50" w:rsidP="00786B50">
            <w:pPr>
              <w:spacing w:before="60" w:after="60"/>
              <w:rPr>
                <w:rFonts w:ascii="Aptos Light" w:hAnsi="Aptos Light"/>
                <w:b/>
                <w:bCs/>
              </w:rPr>
            </w:pPr>
            <w:r w:rsidRPr="00827F89">
              <w:rPr>
                <w:rFonts w:ascii="Aptos Light" w:hAnsi="Aptos Light"/>
                <w:b/>
                <w:bCs/>
              </w:rPr>
              <w:t>OT</w:t>
            </w:r>
          </w:p>
        </w:tc>
        <w:tc>
          <w:tcPr>
            <w:tcW w:w="3260" w:type="dxa"/>
            <w:shd w:val="clear" w:color="auto" w:fill="D9EAD3"/>
          </w:tcPr>
          <w:p w14:paraId="728D9557" w14:textId="25DB9EBF" w:rsidR="004819D9" w:rsidRPr="00827F89" w:rsidRDefault="003D0C50" w:rsidP="00786B50">
            <w:pPr>
              <w:spacing w:before="60" w:after="60"/>
              <w:rPr>
                <w:rFonts w:ascii="Aptos Light" w:hAnsi="Aptos Light"/>
              </w:rPr>
            </w:pPr>
            <w:r w:rsidRPr="00827F89">
              <w:rPr>
                <w:rFonts w:ascii="Aptos Light" w:hAnsi="Aptos Light"/>
              </w:rPr>
              <w:t>Open Triples</w:t>
            </w:r>
          </w:p>
        </w:tc>
        <w:tc>
          <w:tcPr>
            <w:tcW w:w="2977" w:type="dxa"/>
            <w:shd w:val="clear" w:color="auto" w:fill="D9EAD3"/>
          </w:tcPr>
          <w:p w14:paraId="3CA71408" w14:textId="5DCA616B" w:rsidR="004819D9" w:rsidRPr="00827F89" w:rsidRDefault="002C6948" w:rsidP="00786B50">
            <w:pPr>
              <w:spacing w:before="60" w:after="60"/>
              <w:rPr>
                <w:rFonts w:ascii="Aptos Light" w:hAnsi="Aptos Light"/>
              </w:rPr>
            </w:pPr>
            <w:r w:rsidRPr="00827F89">
              <w:rPr>
                <w:rFonts w:ascii="Aptos Light" w:hAnsi="Aptos Light"/>
              </w:rPr>
              <w:t xml:space="preserve">Saturday </w:t>
            </w:r>
            <w:r w:rsidR="003D0C50" w:rsidRPr="00827F89">
              <w:rPr>
                <w:rFonts w:ascii="Aptos Light" w:hAnsi="Aptos Light"/>
              </w:rPr>
              <w:t>4</w:t>
            </w:r>
            <w:r w:rsidRPr="00827F89">
              <w:rPr>
                <w:rFonts w:ascii="Aptos Light" w:hAnsi="Aptos Light"/>
              </w:rPr>
              <w:t>th July</w:t>
            </w:r>
          </w:p>
        </w:tc>
        <w:tc>
          <w:tcPr>
            <w:tcW w:w="3260" w:type="dxa"/>
            <w:shd w:val="clear" w:color="auto" w:fill="D9EAD3"/>
          </w:tcPr>
          <w:p w14:paraId="70B84042" w14:textId="25BCC25C" w:rsidR="004819D9" w:rsidRPr="00827F89" w:rsidRDefault="003D0C50" w:rsidP="00786B50">
            <w:pPr>
              <w:spacing w:before="60" w:after="60"/>
              <w:rPr>
                <w:rFonts w:ascii="Aptos Light" w:hAnsi="Aptos Light"/>
              </w:rPr>
            </w:pPr>
            <w:r w:rsidRPr="00827F89">
              <w:rPr>
                <w:rFonts w:ascii="Aptos Light" w:hAnsi="Aptos Light"/>
              </w:rPr>
              <w:t xml:space="preserve">Carrefour </w:t>
            </w:r>
            <w:r w:rsidR="002C6948" w:rsidRPr="00827F89">
              <w:rPr>
                <w:rFonts w:ascii="Aptos Light" w:hAnsi="Aptos Light"/>
              </w:rPr>
              <w:t>Pétanque Club</w:t>
            </w:r>
          </w:p>
        </w:tc>
      </w:tr>
      <w:tr w:rsidR="004819D9" w:rsidRPr="00827F89" w14:paraId="5E15A7A7" w14:textId="77777777" w:rsidTr="0064077E">
        <w:tc>
          <w:tcPr>
            <w:tcW w:w="1418" w:type="dxa"/>
            <w:shd w:val="clear" w:color="auto" w:fill="D9D2E9"/>
          </w:tcPr>
          <w:p w14:paraId="1F26F60C" w14:textId="16D7C955" w:rsidR="004819D9" w:rsidRPr="00827F89" w:rsidRDefault="002C6948" w:rsidP="00786B50">
            <w:pPr>
              <w:spacing w:before="60" w:after="60"/>
              <w:rPr>
                <w:rFonts w:ascii="Aptos Light" w:hAnsi="Aptos Light"/>
                <w:b/>
                <w:bCs/>
              </w:rPr>
            </w:pPr>
            <w:r w:rsidRPr="00827F89">
              <w:rPr>
                <w:rFonts w:ascii="Aptos Light" w:hAnsi="Aptos Light"/>
                <w:b/>
                <w:bCs/>
              </w:rPr>
              <w:t>MD</w:t>
            </w:r>
            <w:r w:rsidR="00786B50" w:rsidRPr="00827F89">
              <w:rPr>
                <w:rFonts w:ascii="Aptos Light" w:hAnsi="Aptos Light"/>
                <w:b/>
                <w:bCs/>
              </w:rPr>
              <w:t xml:space="preserve"> or WD</w:t>
            </w:r>
          </w:p>
        </w:tc>
        <w:tc>
          <w:tcPr>
            <w:tcW w:w="3260" w:type="dxa"/>
            <w:shd w:val="clear" w:color="auto" w:fill="D9D2E9"/>
          </w:tcPr>
          <w:p w14:paraId="34B9DA77" w14:textId="7FD13F24" w:rsidR="004819D9" w:rsidRPr="00827F89" w:rsidRDefault="002C6948" w:rsidP="00786B50">
            <w:pPr>
              <w:spacing w:before="60" w:after="60"/>
              <w:rPr>
                <w:rFonts w:ascii="Aptos Light" w:hAnsi="Aptos Light"/>
              </w:rPr>
            </w:pPr>
            <w:r w:rsidRPr="00827F89">
              <w:rPr>
                <w:rFonts w:ascii="Aptos Light" w:hAnsi="Aptos Light"/>
              </w:rPr>
              <w:t xml:space="preserve">Men’s </w:t>
            </w:r>
            <w:r w:rsidR="003A0A7A" w:rsidRPr="00827F89">
              <w:rPr>
                <w:rFonts w:ascii="Aptos Light" w:hAnsi="Aptos Light"/>
              </w:rPr>
              <w:t xml:space="preserve">&amp; Women’s </w:t>
            </w:r>
            <w:r w:rsidRPr="00827F89">
              <w:rPr>
                <w:rFonts w:ascii="Aptos Light" w:hAnsi="Aptos Light"/>
              </w:rPr>
              <w:t>Doubles</w:t>
            </w:r>
          </w:p>
        </w:tc>
        <w:tc>
          <w:tcPr>
            <w:tcW w:w="2977" w:type="dxa"/>
            <w:shd w:val="clear" w:color="auto" w:fill="D9D2E9"/>
          </w:tcPr>
          <w:p w14:paraId="58FED23C" w14:textId="4805E773" w:rsidR="004819D9" w:rsidRPr="00827F89" w:rsidRDefault="002C6948" w:rsidP="00786B50">
            <w:pPr>
              <w:spacing w:before="60" w:after="60"/>
              <w:rPr>
                <w:rFonts w:ascii="Aptos Light" w:hAnsi="Aptos Light"/>
              </w:rPr>
            </w:pPr>
            <w:r w:rsidRPr="00827F89">
              <w:rPr>
                <w:rFonts w:ascii="Aptos Light" w:hAnsi="Aptos Light"/>
              </w:rPr>
              <w:t xml:space="preserve">Saturday </w:t>
            </w:r>
            <w:r w:rsidR="003D0C50" w:rsidRPr="00827F89">
              <w:rPr>
                <w:rFonts w:ascii="Aptos Light" w:hAnsi="Aptos Light"/>
              </w:rPr>
              <w:t>15</w:t>
            </w:r>
            <w:r w:rsidRPr="00827F89">
              <w:rPr>
                <w:rFonts w:ascii="Aptos Light" w:hAnsi="Aptos Light"/>
              </w:rPr>
              <w:t>th August</w:t>
            </w:r>
          </w:p>
        </w:tc>
        <w:tc>
          <w:tcPr>
            <w:tcW w:w="3260" w:type="dxa"/>
            <w:shd w:val="clear" w:color="auto" w:fill="D9D2E9"/>
          </w:tcPr>
          <w:p w14:paraId="42D41AD1" w14:textId="45E1814C" w:rsidR="004819D9" w:rsidRPr="00827F89" w:rsidRDefault="003D0C50" w:rsidP="00786B50">
            <w:pPr>
              <w:spacing w:before="60" w:after="60"/>
              <w:rPr>
                <w:rFonts w:ascii="Aptos Light" w:hAnsi="Aptos Light"/>
              </w:rPr>
            </w:pPr>
            <w:r w:rsidRPr="00827F89">
              <w:rPr>
                <w:rFonts w:ascii="Aptos Light" w:hAnsi="Aptos Light"/>
              </w:rPr>
              <w:t xml:space="preserve">Jersey </w:t>
            </w:r>
            <w:r w:rsidR="002C6948" w:rsidRPr="00827F89">
              <w:rPr>
                <w:rFonts w:ascii="Aptos Light" w:hAnsi="Aptos Light"/>
              </w:rPr>
              <w:t>Pétanque Club</w:t>
            </w:r>
          </w:p>
        </w:tc>
      </w:tr>
      <w:tr w:rsidR="004819D9" w:rsidRPr="00827F89" w14:paraId="422B9DF6" w14:textId="77777777" w:rsidTr="0064077E">
        <w:tc>
          <w:tcPr>
            <w:tcW w:w="1418" w:type="dxa"/>
            <w:shd w:val="clear" w:color="auto" w:fill="FFF2CC"/>
          </w:tcPr>
          <w:p w14:paraId="0CF214FB" w14:textId="3CECCEC7" w:rsidR="004819D9" w:rsidRPr="00827F89" w:rsidRDefault="003D0C50" w:rsidP="00786B50">
            <w:pPr>
              <w:spacing w:before="60" w:after="60"/>
              <w:rPr>
                <w:rFonts w:ascii="Aptos Light" w:hAnsi="Aptos Light"/>
                <w:b/>
                <w:bCs/>
              </w:rPr>
            </w:pPr>
            <w:r w:rsidRPr="00827F89">
              <w:rPr>
                <w:rFonts w:ascii="Aptos Light" w:hAnsi="Aptos Light"/>
                <w:b/>
                <w:bCs/>
              </w:rPr>
              <w:t>XD</w:t>
            </w:r>
          </w:p>
        </w:tc>
        <w:tc>
          <w:tcPr>
            <w:tcW w:w="3260" w:type="dxa"/>
            <w:shd w:val="clear" w:color="auto" w:fill="FFF2CC"/>
          </w:tcPr>
          <w:p w14:paraId="3E1B9BB4" w14:textId="54CD3240" w:rsidR="004819D9" w:rsidRPr="00827F89" w:rsidRDefault="003D0C50" w:rsidP="00786B50">
            <w:pPr>
              <w:spacing w:before="60" w:after="60"/>
              <w:rPr>
                <w:rFonts w:ascii="Aptos Light" w:hAnsi="Aptos Light"/>
              </w:rPr>
            </w:pPr>
            <w:r w:rsidRPr="00827F89">
              <w:rPr>
                <w:rFonts w:ascii="Aptos Light" w:hAnsi="Aptos Light"/>
              </w:rPr>
              <w:t>Mixed Doubles</w:t>
            </w:r>
          </w:p>
        </w:tc>
        <w:tc>
          <w:tcPr>
            <w:tcW w:w="2977" w:type="dxa"/>
            <w:shd w:val="clear" w:color="auto" w:fill="FFF2CC"/>
          </w:tcPr>
          <w:p w14:paraId="44311CE9" w14:textId="0043C4B7" w:rsidR="004819D9" w:rsidRPr="00827F89" w:rsidRDefault="002C6948" w:rsidP="00786B50">
            <w:pPr>
              <w:spacing w:before="60" w:after="60"/>
              <w:rPr>
                <w:rFonts w:ascii="Aptos Light" w:hAnsi="Aptos Light"/>
              </w:rPr>
            </w:pPr>
            <w:r w:rsidRPr="00827F89">
              <w:rPr>
                <w:rFonts w:ascii="Aptos Light" w:hAnsi="Aptos Light"/>
              </w:rPr>
              <w:t xml:space="preserve">Saturday </w:t>
            </w:r>
            <w:r w:rsidR="003D0C50" w:rsidRPr="00827F89">
              <w:rPr>
                <w:rFonts w:ascii="Aptos Light" w:hAnsi="Aptos Light"/>
              </w:rPr>
              <w:t>12</w:t>
            </w:r>
            <w:r w:rsidRPr="00827F89">
              <w:rPr>
                <w:rFonts w:ascii="Aptos Light" w:hAnsi="Aptos Light"/>
              </w:rPr>
              <w:t>th September</w:t>
            </w:r>
          </w:p>
        </w:tc>
        <w:tc>
          <w:tcPr>
            <w:tcW w:w="3260" w:type="dxa"/>
            <w:shd w:val="clear" w:color="auto" w:fill="FFF2CC"/>
          </w:tcPr>
          <w:p w14:paraId="2B2EEC4A" w14:textId="77777777" w:rsidR="004819D9" w:rsidRPr="00827F89" w:rsidRDefault="002C6948" w:rsidP="00786B50">
            <w:pPr>
              <w:spacing w:before="60" w:after="60"/>
              <w:rPr>
                <w:rFonts w:ascii="Aptos Light" w:hAnsi="Aptos Light"/>
              </w:rPr>
            </w:pPr>
            <w:r w:rsidRPr="00827F89">
              <w:rPr>
                <w:rFonts w:ascii="Aptos Light" w:hAnsi="Aptos Light"/>
              </w:rPr>
              <w:t>Liberation Pétanque Club</w:t>
            </w:r>
          </w:p>
        </w:tc>
      </w:tr>
      <w:tr w:rsidR="004819D9" w:rsidRPr="00827F89" w14:paraId="5AAF3BB4" w14:textId="77777777" w:rsidTr="0064077E">
        <w:tc>
          <w:tcPr>
            <w:tcW w:w="1418" w:type="dxa"/>
            <w:shd w:val="clear" w:color="auto" w:fill="D0E0E3"/>
          </w:tcPr>
          <w:p w14:paraId="1E57C05C" w14:textId="77777777" w:rsidR="004819D9" w:rsidRPr="00827F89" w:rsidRDefault="002C6948" w:rsidP="00786B50">
            <w:pPr>
              <w:spacing w:before="60" w:after="60"/>
              <w:rPr>
                <w:rFonts w:ascii="Aptos Light" w:hAnsi="Aptos Light"/>
                <w:b/>
                <w:bCs/>
              </w:rPr>
            </w:pPr>
            <w:r w:rsidRPr="00827F89">
              <w:rPr>
                <w:rFonts w:ascii="Aptos Light" w:hAnsi="Aptos Light"/>
                <w:b/>
                <w:bCs/>
              </w:rPr>
              <w:t>VT</w:t>
            </w:r>
          </w:p>
        </w:tc>
        <w:tc>
          <w:tcPr>
            <w:tcW w:w="3260" w:type="dxa"/>
            <w:shd w:val="clear" w:color="auto" w:fill="D0E0E3"/>
          </w:tcPr>
          <w:p w14:paraId="277B42AB" w14:textId="77777777" w:rsidR="004819D9" w:rsidRPr="00827F89" w:rsidRDefault="002C6948" w:rsidP="00786B50">
            <w:pPr>
              <w:spacing w:before="60" w:after="60"/>
              <w:rPr>
                <w:rFonts w:ascii="Aptos Light" w:hAnsi="Aptos Light"/>
              </w:rPr>
            </w:pPr>
            <w:r w:rsidRPr="00827F89">
              <w:rPr>
                <w:rFonts w:ascii="Aptos Light" w:hAnsi="Aptos Light"/>
              </w:rPr>
              <w:t>Veterans Triples (55 or over)</w:t>
            </w:r>
          </w:p>
        </w:tc>
        <w:tc>
          <w:tcPr>
            <w:tcW w:w="2977" w:type="dxa"/>
            <w:shd w:val="clear" w:color="auto" w:fill="D0E0E3"/>
          </w:tcPr>
          <w:p w14:paraId="3EB96B45" w14:textId="7CD471FB" w:rsidR="004819D9" w:rsidRPr="00827F89" w:rsidRDefault="002C6948" w:rsidP="00786B50">
            <w:pPr>
              <w:spacing w:before="60" w:after="60"/>
              <w:rPr>
                <w:rFonts w:ascii="Aptos Light" w:hAnsi="Aptos Light"/>
              </w:rPr>
            </w:pPr>
            <w:r w:rsidRPr="00827F89">
              <w:rPr>
                <w:rFonts w:ascii="Aptos Light" w:hAnsi="Aptos Light"/>
              </w:rPr>
              <w:t xml:space="preserve">Saturday </w:t>
            </w:r>
            <w:r w:rsidR="003D0C50" w:rsidRPr="00827F89">
              <w:rPr>
                <w:rFonts w:ascii="Aptos Light" w:hAnsi="Aptos Light"/>
              </w:rPr>
              <w:t>1</w:t>
            </w:r>
            <w:r w:rsidR="00C348F7">
              <w:rPr>
                <w:rFonts w:ascii="Aptos Light" w:hAnsi="Aptos Light"/>
              </w:rPr>
              <w:t>9</w:t>
            </w:r>
            <w:r w:rsidRPr="00827F89">
              <w:rPr>
                <w:rFonts w:ascii="Aptos Light" w:hAnsi="Aptos Light"/>
              </w:rPr>
              <w:t xml:space="preserve">th </w:t>
            </w:r>
            <w:r w:rsidR="00C348F7">
              <w:rPr>
                <w:rFonts w:ascii="Aptos Light" w:hAnsi="Aptos Light"/>
              </w:rPr>
              <w:t>September</w:t>
            </w:r>
          </w:p>
        </w:tc>
        <w:tc>
          <w:tcPr>
            <w:tcW w:w="3260" w:type="dxa"/>
            <w:shd w:val="clear" w:color="auto" w:fill="D0E0E3"/>
          </w:tcPr>
          <w:p w14:paraId="6A55050A" w14:textId="77777777" w:rsidR="004819D9" w:rsidRPr="00827F89" w:rsidRDefault="002C6948" w:rsidP="00786B50">
            <w:pPr>
              <w:spacing w:before="60" w:after="60"/>
              <w:rPr>
                <w:rFonts w:ascii="Aptos Light" w:hAnsi="Aptos Light"/>
              </w:rPr>
            </w:pPr>
            <w:r w:rsidRPr="00827F89">
              <w:rPr>
                <w:rFonts w:ascii="Aptos Light" w:hAnsi="Aptos Light"/>
              </w:rPr>
              <w:t>St Mary’s Pétanque Club</w:t>
            </w:r>
          </w:p>
        </w:tc>
      </w:tr>
    </w:tbl>
    <w:p w14:paraId="0F9257E3" w14:textId="77777777" w:rsidR="004819D9" w:rsidRPr="00827F89" w:rsidRDefault="004819D9">
      <w:pPr>
        <w:rPr>
          <w:rFonts w:ascii="Aptos Light" w:hAnsi="Aptos Light"/>
        </w:rPr>
      </w:pPr>
    </w:p>
    <w:p w14:paraId="7C425DBA" w14:textId="6275A396" w:rsidR="004819D9" w:rsidRPr="00827F89" w:rsidRDefault="00E07BAA" w:rsidP="00827F89">
      <w:pPr>
        <w:spacing w:after="120" w:line="240" w:lineRule="auto"/>
        <w:rPr>
          <w:rFonts w:ascii="Aptos Light" w:hAnsi="Aptos Light"/>
        </w:rPr>
      </w:pPr>
      <w:r w:rsidRPr="00827F89">
        <w:rPr>
          <w:rFonts w:ascii="Aptos Light" w:hAnsi="Aptos Light"/>
          <w:b/>
        </w:rPr>
        <w:t>ENTRY FEES</w:t>
      </w:r>
    </w:p>
    <w:p w14:paraId="7B8E2980" w14:textId="5B5DE98F" w:rsidR="004819D9" w:rsidRPr="00827F89" w:rsidRDefault="002C6948" w:rsidP="00827F89">
      <w:pPr>
        <w:spacing w:after="0" w:line="240" w:lineRule="auto"/>
        <w:rPr>
          <w:rFonts w:ascii="Aptos Light" w:hAnsi="Aptos Light"/>
        </w:rPr>
      </w:pPr>
      <w:r w:rsidRPr="00827F89">
        <w:rPr>
          <w:rFonts w:ascii="Aptos Light" w:hAnsi="Aptos Light"/>
        </w:rPr>
        <w:t>£</w:t>
      </w:r>
      <w:r w:rsidR="00875CA2" w:rsidRPr="00827F89">
        <w:rPr>
          <w:rFonts w:ascii="Aptos Light" w:hAnsi="Aptos Light"/>
        </w:rPr>
        <w:t>8</w:t>
      </w:r>
      <w:r w:rsidRPr="00827F89">
        <w:rPr>
          <w:rFonts w:ascii="Aptos Light" w:hAnsi="Aptos Light"/>
        </w:rPr>
        <w:t>.00 per player, per competition</w:t>
      </w:r>
      <w:r w:rsidR="005B3C8A" w:rsidRPr="00827F89">
        <w:rPr>
          <w:rFonts w:ascii="Aptos Light" w:hAnsi="Aptos Light"/>
        </w:rPr>
        <w:t xml:space="preserve">.  </w:t>
      </w:r>
      <w:r w:rsidRPr="00827F89">
        <w:rPr>
          <w:rFonts w:ascii="Aptos Light" w:hAnsi="Aptos Light"/>
          <w:b/>
          <w:bCs/>
        </w:rPr>
        <w:t>Check-in time</w:t>
      </w:r>
      <w:r w:rsidRPr="00827F89">
        <w:rPr>
          <w:rFonts w:ascii="Aptos Light" w:hAnsi="Aptos Light"/>
        </w:rPr>
        <w:t xml:space="preserve">: 8.45am for </w:t>
      </w:r>
      <w:r w:rsidR="000F5520" w:rsidRPr="00827F89">
        <w:rPr>
          <w:rFonts w:ascii="Aptos Light" w:hAnsi="Aptos Light"/>
        </w:rPr>
        <w:t xml:space="preserve">a </w:t>
      </w:r>
      <w:r w:rsidR="000F5520" w:rsidRPr="00827F89">
        <w:rPr>
          <w:rFonts w:ascii="Aptos Light" w:hAnsi="Aptos Light"/>
          <w:b/>
          <w:bCs/>
        </w:rPr>
        <w:t xml:space="preserve">prompt </w:t>
      </w:r>
      <w:r w:rsidRPr="00827F89">
        <w:rPr>
          <w:rFonts w:ascii="Aptos Light" w:hAnsi="Aptos Light"/>
          <w:b/>
          <w:bCs/>
        </w:rPr>
        <w:t>9.00am</w:t>
      </w:r>
      <w:r w:rsidRPr="00827F89">
        <w:rPr>
          <w:rFonts w:ascii="Aptos Light" w:hAnsi="Aptos Light"/>
        </w:rPr>
        <w:t xml:space="preserve"> start</w:t>
      </w:r>
      <w:r w:rsidR="000F5520" w:rsidRPr="00827F89">
        <w:rPr>
          <w:rFonts w:ascii="Aptos Light" w:hAnsi="Aptos Light"/>
        </w:rPr>
        <w:t>.</w:t>
      </w:r>
    </w:p>
    <w:p w14:paraId="3FFDAAD2" w14:textId="77777777" w:rsidR="005B3C8A" w:rsidRPr="00827F89" w:rsidRDefault="005B3C8A" w:rsidP="00827F89">
      <w:pPr>
        <w:spacing w:after="0" w:line="240" w:lineRule="auto"/>
        <w:rPr>
          <w:rFonts w:ascii="Aptos Light" w:hAnsi="Aptos Light"/>
        </w:rPr>
      </w:pPr>
    </w:p>
    <w:p w14:paraId="477EF585" w14:textId="55908711" w:rsidR="004819D9" w:rsidRPr="00827F89" w:rsidRDefault="00E07BAA" w:rsidP="00827F89">
      <w:pPr>
        <w:spacing w:after="120" w:line="240" w:lineRule="auto"/>
        <w:rPr>
          <w:rFonts w:ascii="Aptos Light" w:hAnsi="Aptos Light"/>
        </w:rPr>
      </w:pPr>
      <w:r w:rsidRPr="00827F89">
        <w:rPr>
          <w:rFonts w:ascii="Aptos Light" w:hAnsi="Aptos Light"/>
          <w:b/>
        </w:rPr>
        <w:t>HOW TO ENTER</w:t>
      </w:r>
    </w:p>
    <w:p w14:paraId="636F3417" w14:textId="346FACAB" w:rsidR="005B3C8A" w:rsidRPr="00827F89" w:rsidRDefault="002C6948" w:rsidP="00827F89">
      <w:pPr>
        <w:spacing w:after="0" w:line="240" w:lineRule="auto"/>
        <w:rPr>
          <w:rFonts w:ascii="Aptos Light" w:hAnsi="Aptos Light"/>
        </w:rPr>
      </w:pPr>
      <w:r w:rsidRPr="00827F89">
        <w:rPr>
          <w:rFonts w:ascii="Aptos Light" w:hAnsi="Aptos Light"/>
        </w:rPr>
        <w:t xml:space="preserve">Email </w:t>
      </w:r>
      <w:r w:rsidR="005B3C8A" w:rsidRPr="00827F89">
        <w:rPr>
          <w:rFonts w:ascii="Aptos Light" w:hAnsi="Aptos Light"/>
        </w:rPr>
        <w:t xml:space="preserve">the </w:t>
      </w:r>
      <w:r w:rsidRPr="00827F89">
        <w:rPr>
          <w:rFonts w:ascii="Aptos Light" w:hAnsi="Aptos Light"/>
        </w:rPr>
        <w:t xml:space="preserve">completed form to </w:t>
      </w:r>
      <w:r w:rsidR="005B3C8A" w:rsidRPr="00827F89">
        <w:rPr>
          <w:rFonts w:ascii="Aptos Light" w:hAnsi="Aptos Light"/>
        </w:rPr>
        <w:t xml:space="preserve">the Competitions Officer, </w:t>
      </w:r>
      <w:r w:rsidRPr="00827F89">
        <w:rPr>
          <w:rFonts w:ascii="Aptos Light" w:hAnsi="Aptos Light"/>
        </w:rPr>
        <w:t>Dawn Buckley</w:t>
      </w:r>
      <w:r w:rsidR="005B3C8A" w:rsidRPr="00827F89">
        <w:rPr>
          <w:rFonts w:ascii="Aptos Light" w:hAnsi="Aptos Light"/>
        </w:rPr>
        <w:t xml:space="preserve"> at</w:t>
      </w:r>
      <w:r w:rsidRPr="00827F89">
        <w:rPr>
          <w:rFonts w:ascii="Aptos Light" w:hAnsi="Aptos Light"/>
        </w:rPr>
        <w:t xml:space="preserve"> </w:t>
      </w:r>
      <w:hyperlink r:id="rId8" w:history="1">
        <w:r w:rsidR="005B3C8A" w:rsidRPr="00827F89">
          <w:rPr>
            <w:rStyle w:val="Hyperlink"/>
            <w:rFonts w:ascii="Aptos Light" w:hAnsi="Aptos Light"/>
          </w:rPr>
          <w:t>competitionsjpa@gmail.com</w:t>
        </w:r>
      </w:hyperlink>
      <w:r w:rsidR="00C348F7">
        <w:rPr>
          <w:rFonts w:ascii="Aptos Light" w:hAnsi="Aptos Light"/>
        </w:rPr>
        <w:t xml:space="preserve"> at least 1 week before the competition.</w:t>
      </w:r>
    </w:p>
    <w:p w14:paraId="6C9DBCCA" w14:textId="3422D5DE" w:rsidR="004819D9" w:rsidRPr="00827F89" w:rsidRDefault="005B3C8A" w:rsidP="00827F89">
      <w:pPr>
        <w:spacing w:after="0" w:line="240" w:lineRule="auto"/>
        <w:rPr>
          <w:rFonts w:ascii="Aptos Light" w:hAnsi="Aptos Light"/>
        </w:rPr>
      </w:pPr>
      <w:r w:rsidRPr="00827F89">
        <w:rPr>
          <w:rFonts w:ascii="Aptos Light" w:hAnsi="Aptos Light"/>
          <w:b/>
          <w:bCs/>
          <w:color w:val="EE0000"/>
        </w:rPr>
        <w:t>I</w:t>
      </w:r>
      <w:r w:rsidR="00E07BAA" w:rsidRPr="00827F89">
        <w:rPr>
          <w:rFonts w:ascii="Aptos Light" w:hAnsi="Aptos Light"/>
          <w:b/>
          <w:bCs/>
          <w:color w:val="EE0000"/>
        </w:rPr>
        <w:t>MPORTANT</w:t>
      </w:r>
      <w:r w:rsidRPr="00827F89">
        <w:rPr>
          <w:rFonts w:ascii="Aptos Light" w:hAnsi="Aptos Light"/>
          <w:b/>
          <w:bCs/>
        </w:rPr>
        <w:t xml:space="preserve">: </w:t>
      </w:r>
      <w:r w:rsidRPr="00827F89">
        <w:rPr>
          <w:rFonts w:ascii="Aptos Light" w:hAnsi="Aptos Light"/>
          <w:b/>
          <w:bCs/>
          <w:color w:val="EE0000"/>
        </w:rPr>
        <w:t>ALL</w:t>
      </w:r>
      <w:r w:rsidRPr="00827F89">
        <w:rPr>
          <w:rFonts w:ascii="Aptos Light" w:hAnsi="Aptos Light"/>
          <w:color w:val="EE0000"/>
        </w:rPr>
        <w:t xml:space="preserve"> </w:t>
      </w:r>
      <w:r w:rsidRPr="00827F89">
        <w:rPr>
          <w:rFonts w:ascii="Aptos Light" w:hAnsi="Aptos Light"/>
        </w:rPr>
        <w:t xml:space="preserve">entries </w:t>
      </w:r>
      <w:proofErr w:type="gramStart"/>
      <w:r w:rsidRPr="00827F89">
        <w:rPr>
          <w:rFonts w:ascii="Aptos Light" w:hAnsi="Aptos Light"/>
          <w:b/>
          <w:bCs/>
          <w:color w:val="EE0000"/>
        </w:rPr>
        <w:t xml:space="preserve">MUST </w:t>
      </w:r>
      <w:r w:rsidR="00827F89">
        <w:rPr>
          <w:rFonts w:ascii="Aptos Light" w:hAnsi="Aptos Light"/>
        </w:rPr>
        <w:t xml:space="preserve"> be</w:t>
      </w:r>
      <w:proofErr w:type="gramEnd"/>
      <w:r w:rsidR="00827F89">
        <w:rPr>
          <w:rFonts w:ascii="Aptos Light" w:hAnsi="Aptos Light"/>
        </w:rPr>
        <w:t xml:space="preserve"> cc’d to </w:t>
      </w:r>
      <w:r w:rsidRPr="00827F89">
        <w:rPr>
          <w:rFonts w:ascii="Aptos Light" w:hAnsi="Aptos Light"/>
        </w:rPr>
        <w:t xml:space="preserve">the Treasurer: </w:t>
      </w:r>
      <w:r w:rsidRPr="00827F89">
        <w:rPr>
          <w:rFonts w:ascii="Aptos Light" w:hAnsi="Aptos Light"/>
          <w:b/>
          <w:bCs/>
        </w:rPr>
        <w:t>treasurerjpa@gmail.com</w:t>
      </w:r>
    </w:p>
    <w:p w14:paraId="7A8928FA" w14:textId="77777777" w:rsidR="005B3C8A" w:rsidRPr="00827F89" w:rsidRDefault="005B3C8A" w:rsidP="00827F89">
      <w:pPr>
        <w:spacing w:after="0" w:line="240" w:lineRule="auto"/>
        <w:rPr>
          <w:rFonts w:ascii="Aptos Light" w:hAnsi="Aptos Light"/>
        </w:rPr>
      </w:pPr>
    </w:p>
    <w:p w14:paraId="4682662D" w14:textId="214D59E3" w:rsidR="005B3C8A" w:rsidRPr="00827F89" w:rsidRDefault="00E07BAA" w:rsidP="00827F89">
      <w:pPr>
        <w:spacing w:after="120" w:line="240" w:lineRule="auto"/>
        <w:rPr>
          <w:rFonts w:ascii="Aptos Light" w:hAnsi="Aptos Light"/>
          <w:b/>
          <w:bCs/>
        </w:rPr>
      </w:pPr>
      <w:r w:rsidRPr="00827F89">
        <w:rPr>
          <w:rFonts w:ascii="Aptos Light" w:hAnsi="Aptos Light"/>
          <w:b/>
          <w:bCs/>
        </w:rPr>
        <w:t>PAYMENT</w:t>
      </w:r>
    </w:p>
    <w:p w14:paraId="4C53B0DE" w14:textId="3E5B3491" w:rsidR="005B3C8A" w:rsidRPr="00827F89" w:rsidRDefault="005B3C8A" w:rsidP="0064077E">
      <w:pPr>
        <w:spacing w:after="120" w:line="240" w:lineRule="auto"/>
        <w:rPr>
          <w:rFonts w:ascii="Aptos Light" w:hAnsi="Aptos Light"/>
        </w:rPr>
      </w:pPr>
      <w:r w:rsidRPr="00827F89">
        <w:rPr>
          <w:rFonts w:ascii="Aptos Light" w:hAnsi="Aptos Light"/>
        </w:rPr>
        <w:t>The preferred payment method is by bank transfer</w:t>
      </w:r>
      <w:r w:rsidR="00827F89">
        <w:rPr>
          <w:rFonts w:ascii="Aptos Light" w:hAnsi="Aptos Light"/>
        </w:rPr>
        <w:t xml:space="preserve"> directly to the JPA account. </w:t>
      </w:r>
    </w:p>
    <w:p w14:paraId="48B424A9" w14:textId="77777777" w:rsidR="0064077E" w:rsidRDefault="0056428E" w:rsidP="0064077E">
      <w:pPr>
        <w:spacing w:after="120" w:line="240" w:lineRule="auto"/>
        <w:ind w:left="720"/>
        <w:rPr>
          <w:rFonts w:ascii="Aptos Light" w:hAnsi="Aptos Light"/>
        </w:rPr>
      </w:pPr>
      <w:r w:rsidRPr="0064077E">
        <w:rPr>
          <w:rFonts w:ascii="Aptos Light" w:hAnsi="Aptos Light"/>
          <w:b/>
          <w:bCs/>
        </w:rPr>
        <w:t>Bank</w:t>
      </w:r>
      <w:r w:rsidRPr="0064077E">
        <w:rPr>
          <w:rFonts w:ascii="Aptos Light" w:hAnsi="Aptos Light"/>
        </w:rPr>
        <w:t xml:space="preserve">: </w:t>
      </w:r>
      <w:r w:rsidR="002C6948" w:rsidRPr="0064077E">
        <w:rPr>
          <w:rFonts w:ascii="Aptos Light" w:hAnsi="Aptos Light"/>
        </w:rPr>
        <w:t xml:space="preserve">HSBC </w:t>
      </w:r>
      <w:r w:rsidR="0064077E" w:rsidRPr="0064077E">
        <w:rPr>
          <w:rFonts w:ascii="Aptos Light" w:hAnsi="Aptos Light"/>
        </w:rPr>
        <w:tab/>
      </w:r>
      <w:r w:rsidRPr="0064077E">
        <w:rPr>
          <w:rFonts w:ascii="Aptos Light" w:hAnsi="Aptos Light"/>
          <w:b/>
          <w:bCs/>
        </w:rPr>
        <w:t xml:space="preserve">Sort </w:t>
      </w:r>
      <w:r w:rsidR="002C6948" w:rsidRPr="0064077E">
        <w:rPr>
          <w:rFonts w:ascii="Aptos Light" w:hAnsi="Aptos Light"/>
          <w:b/>
          <w:bCs/>
        </w:rPr>
        <w:t>code</w:t>
      </w:r>
      <w:r w:rsidRPr="0064077E">
        <w:rPr>
          <w:rFonts w:ascii="Aptos Light" w:hAnsi="Aptos Light"/>
        </w:rPr>
        <w:t xml:space="preserve">: </w:t>
      </w:r>
      <w:r w:rsidR="002C6948" w:rsidRPr="0064077E">
        <w:rPr>
          <w:rFonts w:ascii="Aptos Light" w:hAnsi="Aptos Light"/>
        </w:rPr>
        <w:t xml:space="preserve">40-25-33 </w:t>
      </w:r>
      <w:r w:rsidR="0064077E">
        <w:rPr>
          <w:rFonts w:ascii="Aptos Light" w:hAnsi="Aptos Light"/>
        </w:rPr>
        <w:tab/>
      </w:r>
      <w:r w:rsidR="002C6948" w:rsidRPr="00827F89">
        <w:rPr>
          <w:rFonts w:ascii="Aptos Light" w:hAnsi="Aptos Light"/>
          <w:b/>
          <w:bCs/>
        </w:rPr>
        <w:t>Account No</w:t>
      </w:r>
      <w:r w:rsidRPr="00827F89">
        <w:rPr>
          <w:rFonts w:ascii="Aptos Light" w:hAnsi="Aptos Light"/>
        </w:rPr>
        <w:t>:</w:t>
      </w:r>
      <w:r w:rsidR="002C6948" w:rsidRPr="00827F89">
        <w:rPr>
          <w:rFonts w:ascii="Aptos Light" w:hAnsi="Aptos Light"/>
        </w:rPr>
        <w:t xml:space="preserve"> 51583379</w:t>
      </w:r>
      <w:r w:rsidR="0064077E">
        <w:rPr>
          <w:rFonts w:ascii="Aptos Light" w:hAnsi="Aptos Light"/>
        </w:rPr>
        <w:t xml:space="preserve"> </w:t>
      </w:r>
      <w:r w:rsidR="0064077E">
        <w:rPr>
          <w:rFonts w:ascii="Aptos Light" w:hAnsi="Aptos Light"/>
        </w:rPr>
        <w:tab/>
      </w:r>
    </w:p>
    <w:p w14:paraId="2E6036B4" w14:textId="0ABA2D3D" w:rsidR="0064077E" w:rsidRPr="00827F89" w:rsidRDefault="0064077E" w:rsidP="0064077E">
      <w:pPr>
        <w:spacing w:after="0" w:line="240" w:lineRule="auto"/>
        <w:ind w:left="720"/>
        <w:rPr>
          <w:rFonts w:ascii="Aptos Light" w:hAnsi="Aptos Light"/>
        </w:rPr>
      </w:pPr>
      <w:r>
        <w:rPr>
          <w:rFonts w:ascii="Aptos Light" w:hAnsi="Aptos Light"/>
          <w:b/>
          <w:bCs/>
        </w:rPr>
        <w:t>Reference</w:t>
      </w:r>
      <w:r w:rsidRPr="0064077E">
        <w:rPr>
          <w:rFonts w:ascii="Aptos Light" w:hAnsi="Aptos Light"/>
        </w:rPr>
        <w:t>:</w:t>
      </w:r>
      <w:r>
        <w:rPr>
          <w:rFonts w:ascii="Aptos Light" w:hAnsi="Aptos Light"/>
          <w:b/>
          <w:bCs/>
        </w:rPr>
        <w:t xml:space="preserve"> </w:t>
      </w:r>
      <w:r w:rsidRPr="00827F89">
        <w:rPr>
          <w:rFonts w:ascii="Aptos Light" w:hAnsi="Aptos Light"/>
          <w:b/>
          <w:bCs/>
        </w:rPr>
        <w:t xml:space="preserve">MUST INCLUDE </w:t>
      </w:r>
      <w:r w:rsidRPr="00827F89">
        <w:rPr>
          <w:rFonts w:ascii="Aptos Light" w:hAnsi="Aptos Light"/>
        </w:rPr>
        <w:t>the compe</w:t>
      </w:r>
      <w:r w:rsidR="00926E4B">
        <w:rPr>
          <w:rFonts w:ascii="Aptos Light" w:hAnsi="Aptos Light"/>
        </w:rPr>
        <w:t>tition</w:t>
      </w:r>
      <w:r w:rsidRPr="00827F89">
        <w:rPr>
          <w:rFonts w:ascii="Aptos Light" w:hAnsi="Aptos Light"/>
        </w:rPr>
        <w:t xml:space="preserve"> code (</w:t>
      </w:r>
      <w:proofErr w:type="spellStart"/>
      <w:r w:rsidRPr="00827F89">
        <w:rPr>
          <w:rFonts w:ascii="Aptos Light" w:hAnsi="Aptos Light"/>
        </w:rPr>
        <w:t>eg</w:t>
      </w:r>
      <w:proofErr w:type="spellEnd"/>
      <w:r w:rsidRPr="00827F89">
        <w:rPr>
          <w:rFonts w:ascii="Aptos Light" w:hAnsi="Aptos Light"/>
        </w:rPr>
        <w:t xml:space="preserve"> MS, XD, VT)</w:t>
      </w:r>
    </w:p>
    <w:p w14:paraId="76E7E7F1" w14:textId="77777777" w:rsidR="0056428E" w:rsidRPr="00827F89" w:rsidRDefault="0056428E" w:rsidP="00827F89">
      <w:pPr>
        <w:spacing w:after="0" w:line="240" w:lineRule="auto"/>
        <w:rPr>
          <w:rFonts w:ascii="Aptos Light" w:hAnsi="Aptos Light"/>
        </w:rPr>
      </w:pPr>
    </w:p>
    <w:p w14:paraId="6AB31A3B" w14:textId="0EFF87E2" w:rsidR="004819D9" w:rsidRPr="00827F89" w:rsidRDefault="0056428E" w:rsidP="00827F89">
      <w:pPr>
        <w:spacing w:after="0" w:line="240" w:lineRule="auto"/>
        <w:rPr>
          <w:rFonts w:ascii="Aptos Light" w:hAnsi="Aptos Light"/>
        </w:rPr>
      </w:pPr>
      <w:r w:rsidRPr="00827F89">
        <w:rPr>
          <w:rFonts w:ascii="Aptos Light" w:hAnsi="Aptos Light"/>
        </w:rPr>
        <w:t xml:space="preserve">If you </w:t>
      </w:r>
      <w:r w:rsidR="00E07BAA" w:rsidRPr="00827F89">
        <w:rPr>
          <w:rFonts w:ascii="Aptos Light" w:hAnsi="Aptos Light"/>
        </w:rPr>
        <w:t xml:space="preserve">are </w:t>
      </w:r>
      <w:r w:rsidRPr="00827F89">
        <w:rPr>
          <w:rFonts w:ascii="Aptos Light" w:hAnsi="Aptos Light"/>
        </w:rPr>
        <w:t>pay</w:t>
      </w:r>
      <w:r w:rsidR="00E07BAA" w:rsidRPr="00827F89">
        <w:rPr>
          <w:rFonts w:ascii="Aptos Light" w:hAnsi="Aptos Light"/>
        </w:rPr>
        <w:t>ing</w:t>
      </w:r>
      <w:r w:rsidRPr="00827F89">
        <w:rPr>
          <w:rFonts w:ascii="Aptos Light" w:hAnsi="Aptos Light"/>
        </w:rPr>
        <w:t xml:space="preserve"> by c</w:t>
      </w:r>
      <w:r w:rsidR="002C6948" w:rsidRPr="00827F89">
        <w:rPr>
          <w:rFonts w:ascii="Aptos Light" w:hAnsi="Aptos Light"/>
        </w:rPr>
        <w:t>heque</w:t>
      </w:r>
      <w:r w:rsidRPr="00827F89">
        <w:rPr>
          <w:rFonts w:ascii="Aptos Light" w:hAnsi="Aptos Light"/>
        </w:rPr>
        <w:t xml:space="preserve">, </w:t>
      </w:r>
      <w:r w:rsidR="00E07BAA" w:rsidRPr="00827F89">
        <w:rPr>
          <w:rFonts w:ascii="Aptos Light" w:hAnsi="Aptos Light"/>
        </w:rPr>
        <w:t>a copy of the completed form should be enclosed with the cheque and sent</w:t>
      </w:r>
      <w:r w:rsidRPr="00827F89">
        <w:rPr>
          <w:rFonts w:ascii="Aptos Light" w:hAnsi="Aptos Light"/>
        </w:rPr>
        <w:t xml:space="preserve"> to</w:t>
      </w:r>
      <w:r w:rsidR="002C6948" w:rsidRPr="00827F89">
        <w:rPr>
          <w:rFonts w:ascii="Aptos Light" w:hAnsi="Aptos Light"/>
        </w:rPr>
        <w:t>: The Treasurer, 18 Vauxhall Street, St Helier, JE2 4TJ</w:t>
      </w:r>
      <w:r w:rsidR="0064077E">
        <w:rPr>
          <w:rFonts w:ascii="Aptos Light" w:hAnsi="Aptos Light"/>
        </w:rPr>
        <w:t xml:space="preserve">.  </w:t>
      </w:r>
      <w:r w:rsidR="002C6948" w:rsidRPr="00827F89">
        <w:rPr>
          <w:rFonts w:ascii="Aptos Light" w:hAnsi="Aptos Light"/>
        </w:rPr>
        <w:t>No cash accepted.</w:t>
      </w:r>
    </w:p>
    <w:p w14:paraId="74022990" w14:textId="77777777" w:rsidR="004819D9" w:rsidRPr="00827F89" w:rsidRDefault="004819D9" w:rsidP="00827F89">
      <w:pPr>
        <w:spacing w:after="0" w:line="240" w:lineRule="auto"/>
        <w:rPr>
          <w:rFonts w:ascii="Aptos Light" w:hAnsi="Aptos Light"/>
        </w:rPr>
      </w:pPr>
    </w:p>
    <w:p w14:paraId="2698F193" w14:textId="35B4D19A" w:rsidR="00A174AC" w:rsidRPr="00827F89" w:rsidRDefault="00E07BAA" w:rsidP="00827F89">
      <w:pPr>
        <w:spacing w:after="120" w:line="240" w:lineRule="auto"/>
        <w:rPr>
          <w:rFonts w:ascii="Aptos Light" w:hAnsi="Aptos Light"/>
          <w:b/>
        </w:rPr>
      </w:pPr>
      <w:r w:rsidRPr="00827F89">
        <w:rPr>
          <w:rFonts w:ascii="Aptos Light" w:hAnsi="Aptos Light"/>
          <w:b/>
        </w:rPr>
        <w:t>IMPORTANT NOTICE</w:t>
      </w:r>
    </w:p>
    <w:p w14:paraId="5DE1ABCC" w14:textId="77777777" w:rsidR="004819D9" w:rsidRPr="00827F89" w:rsidRDefault="002C6948" w:rsidP="00827F89">
      <w:pPr>
        <w:spacing w:after="0" w:line="240" w:lineRule="auto"/>
        <w:rPr>
          <w:rFonts w:ascii="Aptos Light" w:hAnsi="Aptos Light"/>
        </w:rPr>
      </w:pPr>
      <w:r w:rsidRPr="00827F89">
        <w:rPr>
          <w:rFonts w:ascii="Aptos Light" w:hAnsi="Aptos Light"/>
        </w:rPr>
        <w:t>Withdrawals with 48 hours or less notice require a phone call to Dawn Buckley (07797 787969).</w:t>
      </w:r>
    </w:p>
    <w:p w14:paraId="01DBA782" w14:textId="77777777" w:rsidR="00E07BAA" w:rsidRPr="00827F89" w:rsidRDefault="002C6948" w:rsidP="00827F89">
      <w:pPr>
        <w:spacing w:after="0" w:line="240" w:lineRule="auto"/>
        <w:rPr>
          <w:rFonts w:ascii="Aptos Light" w:hAnsi="Aptos Light"/>
        </w:rPr>
      </w:pPr>
      <w:r w:rsidRPr="00827F89">
        <w:rPr>
          <w:rFonts w:ascii="Aptos Light" w:hAnsi="Aptos Light"/>
        </w:rPr>
        <w:t>Refunds may only be considered if this process is followed.</w:t>
      </w:r>
    </w:p>
    <w:p w14:paraId="709ED312" w14:textId="77777777" w:rsidR="00827F89" w:rsidRPr="00827F89" w:rsidRDefault="00827F89" w:rsidP="00827F89">
      <w:pPr>
        <w:spacing w:after="0" w:line="240" w:lineRule="auto"/>
        <w:rPr>
          <w:rFonts w:ascii="Aptos Light" w:hAnsi="Aptos Light"/>
          <w:b/>
          <w:sz w:val="28"/>
        </w:rPr>
      </w:pPr>
    </w:p>
    <w:p w14:paraId="18144284" w14:textId="77777777" w:rsidR="00827F89" w:rsidRPr="0064077E" w:rsidRDefault="00827F89" w:rsidP="00827F89">
      <w:pPr>
        <w:spacing w:after="0" w:line="240" w:lineRule="auto"/>
        <w:rPr>
          <w:rFonts w:ascii="Aptos Light" w:hAnsi="Aptos Light"/>
          <w:b/>
        </w:rPr>
      </w:pPr>
      <w:r w:rsidRPr="0064077E">
        <w:rPr>
          <w:rFonts w:ascii="Aptos Light" w:hAnsi="Aptos Light"/>
          <w:b/>
        </w:rPr>
        <w:t>NOTES:</w:t>
      </w:r>
    </w:p>
    <w:p w14:paraId="5C4887DC" w14:textId="77777777" w:rsidR="00827F89" w:rsidRPr="00827F89" w:rsidRDefault="00827F89" w:rsidP="00827F89">
      <w:pPr>
        <w:spacing w:after="0" w:line="240" w:lineRule="auto"/>
        <w:rPr>
          <w:rFonts w:ascii="Aptos Light" w:hAnsi="Aptos Light"/>
          <w:bCs/>
          <w:sz w:val="14"/>
          <w:szCs w:val="14"/>
        </w:rPr>
      </w:pPr>
    </w:p>
    <w:p w14:paraId="6590EED1" w14:textId="0DD3A96E" w:rsidR="00827F89" w:rsidRPr="00827F89" w:rsidRDefault="00827F89" w:rsidP="0064077E">
      <w:pPr>
        <w:pStyle w:val="ListParagraph"/>
        <w:numPr>
          <w:ilvl w:val="0"/>
          <w:numId w:val="11"/>
        </w:numPr>
        <w:spacing w:after="0" w:line="240" w:lineRule="auto"/>
        <w:ind w:left="360"/>
        <w:jc w:val="both"/>
        <w:rPr>
          <w:rFonts w:ascii="Aptos Light" w:hAnsi="Aptos Light"/>
          <w:bCs/>
        </w:rPr>
      </w:pPr>
      <w:r w:rsidRPr="00827F89">
        <w:rPr>
          <w:rFonts w:ascii="Aptos Light" w:hAnsi="Aptos Light"/>
          <w:bCs/>
        </w:rPr>
        <w:t>Eligibility for Veterans – players must be 55 or over in 202</w:t>
      </w:r>
      <w:r w:rsidR="0064077E">
        <w:rPr>
          <w:rFonts w:ascii="Aptos Light" w:hAnsi="Aptos Light"/>
          <w:bCs/>
        </w:rPr>
        <w:t>6</w:t>
      </w:r>
    </w:p>
    <w:p w14:paraId="5C5488A1" w14:textId="027F9384" w:rsidR="00827F89" w:rsidRPr="0064077E" w:rsidRDefault="00827F89" w:rsidP="0064077E">
      <w:pPr>
        <w:pStyle w:val="ListParagraph"/>
        <w:numPr>
          <w:ilvl w:val="0"/>
          <w:numId w:val="11"/>
        </w:numPr>
        <w:spacing w:after="0" w:line="240" w:lineRule="auto"/>
        <w:ind w:left="360"/>
        <w:rPr>
          <w:rStyle w:val="Hyperlink"/>
          <w:rFonts w:ascii="Aptos Light" w:hAnsi="Aptos Light"/>
          <w:bCs/>
          <w:color w:val="auto"/>
          <w:u w:val="none"/>
        </w:rPr>
      </w:pPr>
      <w:r w:rsidRPr="0064077E">
        <w:rPr>
          <w:rFonts w:ascii="Aptos Light" w:hAnsi="Aptos Light"/>
          <w:bCs/>
        </w:rPr>
        <w:t>All players are expected to abide by the Official Rules of Pétanque (as approved by the FIPJP Executive Committee, December 2020) available to view at either:</w:t>
      </w:r>
      <w:r w:rsidR="0064077E" w:rsidRPr="0064077E">
        <w:rPr>
          <w:rFonts w:ascii="Aptos Light" w:hAnsi="Aptos Light"/>
          <w:bCs/>
        </w:rPr>
        <w:t xml:space="preserve"> </w:t>
      </w:r>
      <w:r w:rsidRPr="0064077E">
        <w:rPr>
          <w:rFonts w:ascii="Aptos Light" w:hAnsi="Aptos Light"/>
          <w:bCs/>
        </w:rPr>
        <w:t xml:space="preserve">CEP </w:t>
      </w:r>
      <w:r w:rsidRPr="0064077E">
        <w:rPr>
          <w:rFonts w:ascii="Aptos Light" w:hAnsi="Aptos Light"/>
          <w:bCs/>
          <w:color w:val="000000" w:themeColor="text1"/>
        </w:rPr>
        <w:t xml:space="preserve">- </w:t>
      </w:r>
      <w:hyperlink r:id="rId9" w:history="1">
        <w:r w:rsidRPr="0064077E">
          <w:rPr>
            <w:rStyle w:val="Hyperlink"/>
            <w:rFonts w:ascii="Aptos Light" w:hAnsi="Aptos Light"/>
            <w:bCs/>
            <w:color w:val="000000" w:themeColor="text1"/>
            <w:u w:val="none"/>
          </w:rPr>
          <w:t>www.cep-petanque.</w:t>
        </w:r>
      </w:hyperlink>
      <w:hyperlink r:id="rId10" w:history="1">
        <w:r w:rsidRPr="0064077E">
          <w:rPr>
            <w:rStyle w:val="Hyperlink"/>
            <w:rFonts w:ascii="Aptos Light" w:hAnsi="Aptos Light"/>
            <w:bCs/>
            <w:color w:val="000000" w:themeColor="text1"/>
            <w:u w:val="none"/>
          </w:rPr>
          <w:t>com</w:t>
        </w:r>
      </w:hyperlink>
      <w:r w:rsidRPr="0064077E">
        <w:rPr>
          <w:rFonts w:ascii="Aptos Light" w:hAnsi="Aptos Light"/>
          <w:bCs/>
          <w:color w:val="000000" w:themeColor="text1"/>
        </w:rPr>
        <w:t xml:space="preserve">  or FIPJP - </w:t>
      </w:r>
      <w:hyperlink r:id="rId11" w:tgtFrame="_blank" w:history="1">
        <w:r w:rsidRPr="0064077E">
          <w:rPr>
            <w:rStyle w:val="Hyperlink"/>
            <w:rFonts w:ascii="Aptos Light" w:hAnsi="Aptos Light"/>
            <w:bCs/>
            <w:color w:val="000000" w:themeColor="text1"/>
            <w:u w:val="none"/>
          </w:rPr>
          <w:t>www.fipjp.org</w:t>
        </w:r>
      </w:hyperlink>
    </w:p>
    <w:p w14:paraId="320A6447" w14:textId="77777777" w:rsidR="00827F89" w:rsidRPr="00827F89" w:rsidRDefault="00827F89" w:rsidP="0064077E">
      <w:pPr>
        <w:pStyle w:val="ListParagraph"/>
        <w:numPr>
          <w:ilvl w:val="0"/>
          <w:numId w:val="11"/>
        </w:numPr>
        <w:spacing w:after="0" w:line="240" w:lineRule="auto"/>
        <w:ind w:left="360"/>
        <w:rPr>
          <w:rFonts w:ascii="Aptos Light" w:hAnsi="Aptos Light"/>
          <w:bCs/>
        </w:rPr>
      </w:pPr>
      <w:r w:rsidRPr="00827F89">
        <w:rPr>
          <w:rFonts w:ascii="Aptos Light" w:hAnsi="Aptos Light"/>
          <w:bCs/>
        </w:rPr>
        <w:t xml:space="preserve">Please note that by quoting your email address you </w:t>
      </w:r>
      <w:proofErr w:type="spellStart"/>
      <w:r w:rsidRPr="00827F89">
        <w:rPr>
          <w:rFonts w:ascii="Aptos Light" w:hAnsi="Aptos Light"/>
          <w:bCs/>
        </w:rPr>
        <w:t>authorise</w:t>
      </w:r>
      <w:proofErr w:type="spellEnd"/>
      <w:r w:rsidRPr="00827F89">
        <w:rPr>
          <w:rFonts w:ascii="Aptos Light" w:hAnsi="Aptos Light"/>
          <w:bCs/>
        </w:rPr>
        <w:t xml:space="preserve"> us to contact you in relation to the event and any JPA matters. We will not pass your details to a third party (GDPR 2018)</w:t>
      </w:r>
    </w:p>
    <w:p w14:paraId="53B5BED3" w14:textId="77777777" w:rsidR="00827F89" w:rsidRPr="00827F89" w:rsidRDefault="00827F89" w:rsidP="00827F89">
      <w:pPr>
        <w:spacing w:after="0" w:line="240" w:lineRule="auto"/>
        <w:jc w:val="both"/>
        <w:rPr>
          <w:rFonts w:ascii="Aptos Light" w:hAnsi="Aptos Light"/>
          <w:bCs/>
          <w:sz w:val="14"/>
          <w:szCs w:val="14"/>
        </w:rPr>
      </w:pPr>
    </w:p>
    <w:p w14:paraId="7E6685FB" w14:textId="77777777" w:rsidR="00827F89" w:rsidRPr="00827F89" w:rsidRDefault="00827F89" w:rsidP="00827F89">
      <w:pPr>
        <w:spacing w:after="0" w:line="240" w:lineRule="auto"/>
        <w:rPr>
          <w:rFonts w:ascii="Aptos Light" w:hAnsi="Aptos Light"/>
          <w:bCs/>
        </w:rPr>
      </w:pPr>
      <w:r w:rsidRPr="00827F89">
        <w:rPr>
          <w:rFonts w:ascii="Aptos Light" w:hAnsi="Aptos Light"/>
          <w:bCs/>
        </w:rPr>
        <w:t xml:space="preserve">If you have any queries regarding the format of the individual competitions, please contact Dawn at </w:t>
      </w:r>
      <w:hyperlink r:id="rId12" w:history="1">
        <w:r w:rsidRPr="00827F89">
          <w:rPr>
            <w:rStyle w:val="Hyperlink"/>
            <w:rFonts w:ascii="Aptos Light" w:hAnsi="Aptos Light"/>
            <w:bCs/>
            <w:color w:val="auto"/>
            <w:u w:val="none"/>
          </w:rPr>
          <w:t>compe</w:t>
        </w:r>
        <w:r w:rsidRPr="00827F89">
          <w:rPr>
            <w:rStyle w:val="Hyperlink"/>
            <w:rFonts w:ascii="Aptos Light" w:hAnsi="Aptos Light"/>
            <w:bCs/>
            <w:color w:val="000000" w:themeColor="text1"/>
            <w:u w:val="none"/>
          </w:rPr>
          <w:t>titionsjpa@gmail.com</w:t>
        </w:r>
      </w:hyperlink>
    </w:p>
    <w:p w14:paraId="3E2EEC83" w14:textId="77777777" w:rsidR="00827F89" w:rsidRPr="00827F89" w:rsidRDefault="00827F89" w:rsidP="00827F89">
      <w:pPr>
        <w:spacing w:after="0" w:line="240" w:lineRule="auto"/>
        <w:jc w:val="both"/>
        <w:rPr>
          <w:rFonts w:ascii="Aptos Light" w:hAnsi="Aptos Light"/>
          <w:bCs/>
          <w:sz w:val="14"/>
          <w:szCs w:val="14"/>
        </w:rPr>
      </w:pPr>
    </w:p>
    <w:p w14:paraId="29344105" w14:textId="77777777" w:rsidR="00827F89" w:rsidRPr="00827F89" w:rsidRDefault="00827F89" w:rsidP="00827F89">
      <w:pPr>
        <w:spacing w:after="0" w:line="240" w:lineRule="auto"/>
        <w:jc w:val="both"/>
        <w:rPr>
          <w:rFonts w:ascii="Aptos Light" w:hAnsi="Aptos Light"/>
          <w:bCs/>
          <w:color w:val="000000" w:themeColor="text1"/>
        </w:rPr>
      </w:pPr>
      <w:r w:rsidRPr="00827F89">
        <w:rPr>
          <w:rFonts w:ascii="Aptos Light" w:hAnsi="Aptos Light"/>
          <w:bCs/>
        </w:rPr>
        <w:t xml:space="preserve">If you would like more information regarding the JPA, please look at our website: </w:t>
      </w:r>
      <w:hyperlink r:id="rId13" w:history="1">
        <w:r w:rsidRPr="00827F89">
          <w:rPr>
            <w:rStyle w:val="Hyperlink"/>
            <w:rFonts w:ascii="Aptos Light" w:hAnsi="Aptos Light"/>
            <w:bCs/>
            <w:color w:val="000000" w:themeColor="text1"/>
            <w:u w:val="none"/>
          </w:rPr>
          <w:t>www.petanque.je</w:t>
        </w:r>
      </w:hyperlink>
    </w:p>
    <w:p w14:paraId="0457AA43" w14:textId="64B41BC2" w:rsidR="000F5520" w:rsidRPr="000F5520" w:rsidRDefault="00827F89" w:rsidP="00C4089B">
      <w:pPr>
        <w:spacing w:after="0" w:line="240" w:lineRule="auto"/>
        <w:jc w:val="both"/>
        <w:rPr>
          <w:rFonts w:ascii="Aptos Light" w:hAnsi="Aptos Light"/>
        </w:rPr>
      </w:pPr>
      <w:r w:rsidRPr="00827F89">
        <w:rPr>
          <w:rFonts w:ascii="Aptos Light" w:hAnsi="Aptos Light"/>
          <w:bCs/>
        </w:rPr>
        <w:t xml:space="preserve">or our Facebook page – </w:t>
      </w:r>
      <w:hyperlink r:id="rId14" w:history="1">
        <w:r w:rsidRPr="00827F89">
          <w:rPr>
            <w:rStyle w:val="Hyperlink"/>
            <w:rFonts w:ascii="Aptos Light" w:hAnsi="Aptos Light"/>
            <w:bCs/>
            <w:color w:val="000000" w:themeColor="text1"/>
            <w:u w:val="none"/>
          </w:rPr>
          <w:t>www.facebook.com/Jsypetanque/</w:t>
        </w:r>
      </w:hyperlink>
      <w:r w:rsidRPr="00827F89">
        <w:rPr>
          <w:rFonts w:ascii="Aptos Light" w:hAnsi="Aptos Light"/>
          <w:bCs/>
          <w:color w:val="000000" w:themeColor="text1"/>
        </w:rPr>
        <w:t xml:space="preserve">     </w:t>
      </w:r>
      <w:r w:rsidRPr="00827F89">
        <w:rPr>
          <w:rFonts w:ascii="Aptos Light" w:hAnsi="Aptos Light"/>
          <w:bCs/>
        </w:rPr>
        <w:t xml:space="preserve">or contact the secretary </w:t>
      </w:r>
      <w:r w:rsidRPr="00827F89">
        <w:rPr>
          <w:rFonts w:ascii="Aptos Light" w:hAnsi="Aptos Light"/>
          <w:bCs/>
          <w:color w:val="000000" w:themeColor="text1"/>
        </w:rPr>
        <w:t xml:space="preserve">– </w:t>
      </w:r>
      <w:hyperlink r:id="rId15" w:history="1">
        <w:r w:rsidRPr="00827F89">
          <w:rPr>
            <w:rStyle w:val="Hyperlink"/>
            <w:rFonts w:ascii="Aptos Light" w:hAnsi="Aptos Light"/>
            <w:bCs/>
            <w:color w:val="000000" w:themeColor="text1"/>
            <w:u w:val="none"/>
          </w:rPr>
          <w:t>secjpa@gmail.com</w:t>
        </w:r>
      </w:hyperlink>
      <w:r w:rsidR="000F5520">
        <w:rPr>
          <w:rFonts w:ascii="Aptos Light" w:hAnsi="Aptos Light"/>
          <w:b/>
          <w:sz w:val="28"/>
        </w:rPr>
        <w:br w:type="page"/>
      </w:r>
    </w:p>
    <w:p w14:paraId="62B5E337" w14:textId="77777777" w:rsidR="00E07BAA" w:rsidRDefault="00E07BAA" w:rsidP="003A0A7A">
      <w:pPr>
        <w:jc w:val="center"/>
        <w:rPr>
          <w:rFonts w:ascii="Aptos" w:hAnsi="Aptos"/>
          <w:b/>
          <w:sz w:val="28"/>
        </w:rPr>
        <w:sectPr w:rsidR="00E07BAA" w:rsidSect="00C348F7">
          <w:headerReference w:type="first" r:id="rId16"/>
          <w:pgSz w:w="12240" w:h="15840"/>
          <w:pgMar w:top="567" w:right="567" w:bottom="567" w:left="567" w:header="720" w:footer="720" w:gutter="0"/>
          <w:cols w:space="720"/>
          <w:titlePg/>
          <w:docGrid w:linePitch="360"/>
        </w:sectPr>
      </w:pPr>
    </w:p>
    <w:p w14:paraId="6320EAC6" w14:textId="708B7AE0" w:rsidR="004819D9" w:rsidRPr="00C4089B" w:rsidRDefault="00C4089B" w:rsidP="00C4089B">
      <w:pPr>
        <w:spacing w:after="0"/>
        <w:jc w:val="center"/>
        <w:rPr>
          <w:rFonts w:ascii="Aptos Light" w:hAnsi="Aptos Light"/>
          <w:b/>
          <w:color w:val="EE0000"/>
          <w:sz w:val="32"/>
          <w:szCs w:val="24"/>
        </w:rPr>
      </w:pPr>
      <w:r w:rsidRPr="00C4089B">
        <w:rPr>
          <w:rFonts w:ascii="Aptos Light" w:hAnsi="Aptos Light"/>
          <w:b/>
          <w:color w:val="EE0000"/>
          <w:sz w:val="32"/>
          <w:szCs w:val="24"/>
        </w:rPr>
        <w:lastRenderedPageBreak/>
        <w:t>ISLAND CHAMPIONSHIPS 2026</w:t>
      </w:r>
    </w:p>
    <w:p w14:paraId="421FAB64" w14:textId="1E631E58" w:rsidR="00C4089B" w:rsidRDefault="00C4089B" w:rsidP="00C4089B">
      <w:pPr>
        <w:spacing w:after="0"/>
        <w:jc w:val="center"/>
        <w:rPr>
          <w:rFonts w:ascii="Aptos" w:hAnsi="Aptos"/>
          <w:b/>
          <w:color w:val="EE0000"/>
          <w:sz w:val="28"/>
        </w:rPr>
      </w:pPr>
      <w:r w:rsidRPr="00C4089B">
        <w:rPr>
          <w:rFonts w:ascii="Aptos Light" w:hAnsi="Aptos Light"/>
          <w:b/>
          <w:color w:val="EE0000"/>
          <w:sz w:val="32"/>
          <w:szCs w:val="24"/>
        </w:rPr>
        <w:t>ENTRY FORM</w:t>
      </w:r>
    </w:p>
    <w:p w14:paraId="0DC848D0" w14:textId="77777777" w:rsidR="00C4089B" w:rsidRPr="00C4089B" w:rsidRDefault="00C4089B" w:rsidP="00C4089B">
      <w:pPr>
        <w:spacing w:after="0"/>
        <w:rPr>
          <w:rFonts w:ascii="Aptos" w:hAnsi="Aptos"/>
          <w:b/>
          <w:szCs w:val="18"/>
        </w:rPr>
      </w:pPr>
    </w:p>
    <w:tbl>
      <w:tblPr>
        <w:tblW w:w="0" w:type="auto"/>
        <w:shd w:val="clear" w:color="auto" w:fill="CFE2F3"/>
        <w:tblLook w:val="04A0" w:firstRow="1" w:lastRow="0" w:firstColumn="1" w:lastColumn="0" w:noHBand="0" w:noVBand="1"/>
      </w:tblPr>
      <w:tblGrid>
        <w:gridCol w:w="3828"/>
        <w:gridCol w:w="1932"/>
        <w:gridCol w:w="5003"/>
      </w:tblGrid>
      <w:tr w:rsidR="00F92BEF" w:rsidRPr="003A0A7A" w14:paraId="4A986298" w14:textId="77777777" w:rsidTr="00EC370E">
        <w:tc>
          <w:tcPr>
            <w:tcW w:w="10763" w:type="dxa"/>
            <w:gridSpan w:val="3"/>
            <w:tcBorders>
              <w:bottom w:val="single" w:sz="18" w:space="0" w:color="FFFFFF" w:themeColor="background1"/>
            </w:tcBorders>
            <w:shd w:val="clear" w:color="auto" w:fill="CFE2F3"/>
          </w:tcPr>
          <w:p w14:paraId="27B0F449" w14:textId="3E71F71B" w:rsidR="00F92BEF" w:rsidRPr="00EC370E" w:rsidRDefault="003A0A7A" w:rsidP="00A174AC">
            <w:pPr>
              <w:spacing w:before="60" w:after="60" w:line="240" w:lineRule="auto"/>
              <w:jc w:val="center"/>
              <w:rPr>
                <w:rFonts w:ascii="Aptos" w:hAnsi="Aptos"/>
                <w:b/>
                <w:bCs/>
                <w:spacing w:val="20"/>
              </w:rPr>
            </w:pPr>
            <w:r w:rsidRPr="00EC370E">
              <w:rPr>
                <w:rFonts w:ascii="Aptos" w:hAnsi="Aptos"/>
                <w:b/>
                <w:bCs/>
                <w:spacing w:val="20"/>
              </w:rPr>
              <w:t>Me</w:t>
            </w:r>
            <w:r w:rsidR="00F92BEF" w:rsidRPr="00EC370E">
              <w:rPr>
                <w:rFonts w:ascii="Aptos" w:hAnsi="Aptos"/>
                <w:b/>
                <w:bCs/>
                <w:spacing w:val="20"/>
              </w:rPr>
              <w:t>n’s Singles</w:t>
            </w:r>
            <w:r w:rsidRPr="00EC370E">
              <w:rPr>
                <w:rFonts w:ascii="Aptos" w:hAnsi="Aptos"/>
                <w:b/>
                <w:bCs/>
                <w:spacing w:val="20"/>
              </w:rPr>
              <w:t xml:space="preserve"> (MS) &amp; Women’s Singles (WS)</w:t>
            </w:r>
          </w:p>
        </w:tc>
      </w:tr>
      <w:tr w:rsidR="00F92BEF" w:rsidRPr="00A174AC" w14:paraId="03B68E7C" w14:textId="77777777" w:rsidTr="00A174AC">
        <w:tc>
          <w:tcPr>
            <w:tcW w:w="3828" w:type="dxa"/>
            <w:tcBorders>
              <w:top w:val="single" w:sz="18" w:space="0" w:color="FFFFFF" w:themeColor="background1"/>
              <w:right w:val="single" w:sz="4" w:space="0" w:color="FFFFFF" w:themeColor="background1"/>
            </w:tcBorders>
            <w:shd w:val="clear" w:color="auto" w:fill="CFE2F3"/>
          </w:tcPr>
          <w:p w14:paraId="22C43C21" w14:textId="3ED89614" w:rsidR="00F92BEF" w:rsidRPr="00A174AC" w:rsidRDefault="00F92BEF" w:rsidP="00A174AC">
            <w:pPr>
              <w:spacing w:before="60" w:after="60" w:line="240" w:lineRule="auto"/>
              <w:rPr>
                <w:rFonts w:ascii="Aptos Light" w:hAnsi="Aptos Light"/>
                <w:b/>
                <w:bCs/>
              </w:rPr>
            </w:pPr>
            <w:r w:rsidRPr="00A174AC">
              <w:rPr>
                <w:rFonts w:ascii="Aptos Light" w:hAnsi="Aptos Light"/>
                <w:b/>
                <w:bCs/>
              </w:rPr>
              <w:t>Name</w:t>
            </w:r>
          </w:p>
        </w:tc>
        <w:tc>
          <w:tcPr>
            <w:tcW w:w="1932" w:type="dxa"/>
            <w:tcBorders>
              <w:top w:val="single" w:sz="18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CFE2F3"/>
          </w:tcPr>
          <w:p w14:paraId="5D4394FB" w14:textId="0C60D021" w:rsidR="00F92BEF" w:rsidRPr="00A174AC" w:rsidRDefault="00F92BEF" w:rsidP="00A174AC">
            <w:pPr>
              <w:spacing w:before="60" w:after="60" w:line="240" w:lineRule="auto"/>
              <w:rPr>
                <w:rFonts w:ascii="Aptos Light" w:hAnsi="Aptos Light"/>
                <w:b/>
                <w:bCs/>
              </w:rPr>
            </w:pPr>
            <w:r w:rsidRPr="00A174AC">
              <w:rPr>
                <w:rFonts w:ascii="Aptos Light" w:hAnsi="Aptos Light"/>
                <w:b/>
                <w:bCs/>
              </w:rPr>
              <w:t>Date of Birth</w:t>
            </w:r>
          </w:p>
        </w:tc>
        <w:tc>
          <w:tcPr>
            <w:tcW w:w="5003" w:type="dxa"/>
            <w:tcBorders>
              <w:top w:val="single" w:sz="18" w:space="0" w:color="FFFFFF" w:themeColor="background1"/>
              <w:left w:val="single" w:sz="4" w:space="0" w:color="FFFFFF" w:themeColor="background1"/>
            </w:tcBorders>
            <w:shd w:val="clear" w:color="auto" w:fill="CFE2F3"/>
          </w:tcPr>
          <w:p w14:paraId="04B7369B" w14:textId="59145480" w:rsidR="00F92BEF" w:rsidRPr="00A174AC" w:rsidRDefault="00F92BEF" w:rsidP="00A174AC">
            <w:pPr>
              <w:spacing w:before="60" w:after="60" w:line="240" w:lineRule="auto"/>
              <w:rPr>
                <w:rFonts w:ascii="Aptos Light" w:hAnsi="Aptos Light"/>
                <w:b/>
                <w:bCs/>
              </w:rPr>
            </w:pPr>
            <w:r w:rsidRPr="00A174AC">
              <w:rPr>
                <w:rFonts w:ascii="Aptos Light" w:hAnsi="Aptos Light"/>
                <w:b/>
                <w:bCs/>
              </w:rPr>
              <w:t>Email</w:t>
            </w:r>
          </w:p>
        </w:tc>
      </w:tr>
      <w:tr w:rsidR="00F92BEF" w:rsidRPr="003A0A7A" w14:paraId="2F80D2D3" w14:textId="77777777" w:rsidTr="00A174AC">
        <w:tc>
          <w:tcPr>
            <w:tcW w:w="3828" w:type="dxa"/>
            <w:tcBorders>
              <w:right w:val="single" w:sz="4" w:space="0" w:color="FFFFFF" w:themeColor="background1"/>
            </w:tcBorders>
            <w:shd w:val="clear" w:color="auto" w:fill="CFE2F3"/>
          </w:tcPr>
          <w:p w14:paraId="72991366" w14:textId="46865A14" w:rsidR="00F92BEF" w:rsidRPr="003A0A7A" w:rsidRDefault="0006392B" w:rsidP="00A174AC">
            <w:pPr>
              <w:spacing w:before="60" w:after="60" w:line="240" w:lineRule="auto"/>
              <w:rPr>
                <w:rFonts w:ascii="Aptos Light" w:hAnsi="Aptos Light"/>
              </w:rPr>
            </w:pPr>
            <w:r w:rsidRPr="003A0A7A">
              <w:rPr>
                <w:rFonts w:ascii="Aptos Light" w:hAnsi="Aptos Light"/>
              </w:rPr>
              <w:t>……………………………………………</w:t>
            </w:r>
            <w:r w:rsidR="00A174AC">
              <w:rPr>
                <w:rFonts w:ascii="Aptos Light" w:hAnsi="Aptos Light"/>
              </w:rPr>
              <w:t>……….</w:t>
            </w:r>
          </w:p>
        </w:tc>
        <w:tc>
          <w:tcPr>
            <w:tcW w:w="193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CFE2F3"/>
          </w:tcPr>
          <w:p w14:paraId="758A252A" w14:textId="25FF673D" w:rsidR="00F92BEF" w:rsidRPr="003A0A7A" w:rsidRDefault="00A174AC" w:rsidP="00A174AC">
            <w:pPr>
              <w:spacing w:before="60" w:after="60" w:line="240" w:lineRule="auto"/>
              <w:rPr>
                <w:rFonts w:ascii="Aptos Light" w:hAnsi="Aptos Light"/>
              </w:rPr>
            </w:pPr>
            <w:r>
              <w:rPr>
                <w:rFonts w:ascii="Aptos Light" w:hAnsi="Aptos Light"/>
              </w:rPr>
              <w:t>.</w:t>
            </w:r>
            <w:r w:rsidR="0006392B" w:rsidRPr="003A0A7A">
              <w:rPr>
                <w:rFonts w:ascii="Aptos Light" w:hAnsi="Aptos Light"/>
              </w:rPr>
              <w:t>……………………</w:t>
            </w:r>
            <w:r>
              <w:rPr>
                <w:rFonts w:ascii="Aptos Light" w:hAnsi="Aptos Light"/>
              </w:rPr>
              <w:t>….</w:t>
            </w:r>
          </w:p>
        </w:tc>
        <w:tc>
          <w:tcPr>
            <w:tcW w:w="5003" w:type="dxa"/>
            <w:tcBorders>
              <w:left w:val="single" w:sz="4" w:space="0" w:color="FFFFFF" w:themeColor="background1"/>
            </w:tcBorders>
            <w:shd w:val="clear" w:color="auto" w:fill="CFE2F3"/>
          </w:tcPr>
          <w:p w14:paraId="4FC0B8DD" w14:textId="54E682E2" w:rsidR="00F92BEF" w:rsidRPr="003A0A7A" w:rsidRDefault="0006392B" w:rsidP="00A174AC">
            <w:pPr>
              <w:spacing w:before="60" w:after="60" w:line="240" w:lineRule="auto"/>
              <w:rPr>
                <w:rFonts w:ascii="Aptos Light" w:hAnsi="Aptos Light"/>
              </w:rPr>
            </w:pPr>
            <w:r w:rsidRPr="003A0A7A">
              <w:rPr>
                <w:rFonts w:ascii="Aptos Light" w:hAnsi="Aptos Light"/>
              </w:rPr>
              <w:t>………………………………………………………………………</w:t>
            </w:r>
          </w:p>
        </w:tc>
      </w:tr>
    </w:tbl>
    <w:p w14:paraId="2D9ACE15" w14:textId="77777777" w:rsidR="003A0A7A" w:rsidRPr="003A0A7A" w:rsidRDefault="003A0A7A" w:rsidP="00A174AC">
      <w:pPr>
        <w:spacing w:after="0" w:line="240" w:lineRule="auto"/>
        <w:rPr>
          <w:rFonts w:ascii="Aptos Light" w:hAnsi="Aptos Light"/>
        </w:rPr>
      </w:pPr>
    </w:p>
    <w:tbl>
      <w:tblPr>
        <w:tblW w:w="0" w:type="auto"/>
        <w:shd w:val="clear" w:color="auto" w:fill="D9EAD3"/>
        <w:tblLook w:val="04A0" w:firstRow="1" w:lastRow="0" w:firstColumn="1" w:lastColumn="0" w:noHBand="0" w:noVBand="1"/>
      </w:tblPr>
      <w:tblGrid>
        <w:gridCol w:w="3828"/>
        <w:gridCol w:w="1932"/>
        <w:gridCol w:w="5003"/>
      </w:tblGrid>
      <w:tr w:rsidR="0006392B" w:rsidRPr="003A0A7A" w14:paraId="68B39A0E" w14:textId="77777777" w:rsidTr="00786B50">
        <w:tc>
          <w:tcPr>
            <w:tcW w:w="10763" w:type="dxa"/>
            <w:gridSpan w:val="3"/>
            <w:tcBorders>
              <w:bottom w:val="single" w:sz="18" w:space="0" w:color="FFFFFF" w:themeColor="background1"/>
            </w:tcBorders>
            <w:shd w:val="clear" w:color="auto" w:fill="FCE5CD"/>
          </w:tcPr>
          <w:p w14:paraId="7725301C" w14:textId="49C23B93" w:rsidR="0006392B" w:rsidRPr="00EC370E" w:rsidRDefault="0006392B" w:rsidP="00A174AC">
            <w:pPr>
              <w:spacing w:before="60" w:after="60" w:line="240" w:lineRule="auto"/>
              <w:jc w:val="center"/>
              <w:rPr>
                <w:rFonts w:ascii="Aptos" w:hAnsi="Aptos"/>
                <w:b/>
                <w:bCs/>
                <w:spacing w:val="20"/>
              </w:rPr>
            </w:pPr>
            <w:r w:rsidRPr="00EC370E">
              <w:rPr>
                <w:rFonts w:ascii="Aptos" w:hAnsi="Aptos"/>
                <w:b/>
                <w:bCs/>
                <w:spacing w:val="20"/>
              </w:rPr>
              <w:t xml:space="preserve">Men’s </w:t>
            </w:r>
            <w:r w:rsidR="008F0E4C" w:rsidRPr="00EC370E">
              <w:rPr>
                <w:rFonts w:ascii="Aptos" w:hAnsi="Aptos"/>
                <w:b/>
                <w:bCs/>
                <w:spacing w:val="20"/>
              </w:rPr>
              <w:t>Triples</w:t>
            </w:r>
            <w:r w:rsidR="003A0A7A" w:rsidRPr="00EC370E">
              <w:rPr>
                <w:rFonts w:ascii="Aptos" w:hAnsi="Aptos"/>
                <w:b/>
                <w:bCs/>
                <w:spacing w:val="20"/>
              </w:rPr>
              <w:t xml:space="preserve"> (MT) &amp; Women’s Triples (WT)</w:t>
            </w:r>
          </w:p>
        </w:tc>
      </w:tr>
      <w:tr w:rsidR="0006392B" w:rsidRPr="00A174AC" w14:paraId="7D931D1C" w14:textId="77777777" w:rsidTr="00786B50">
        <w:tc>
          <w:tcPr>
            <w:tcW w:w="3828" w:type="dxa"/>
            <w:tcBorders>
              <w:top w:val="single" w:sz="18" w:space="0" w:color="FFFFFF" w:themeColor="background1"/>
              <w:right w:val="single" w:sz="4" w:space="0" w:color="FFFFFF" w:themeColor="background1"/>
            </w:tcBorders>
            <w:shd w:val="clear" w:color="auto" w:fill="FCE5CD"/>
          </w:tcPr>
          <w:p w14:paraId="4D29FCE7" w14:textId="77777777" w:rsidR="0006392B" w:rsidRPr="00A174AC" w:rsidRDefault="0006392B" w:rsidP="00A174AC">
            <w:pPr>
              <w:spacing w:after="0" w:line="240" w:lineRule="auto"/>
              <w:rPr>
                <w:rFonts w:ascii="Aptos Light" w:hAnsi="Aptos Light"/>
                <w:b/>
              </w:rPr>
            </w:pPr>
            <w:r w:rsidRPr="00A174AC">
              <w:rPr>
                <w:rFonts w:ascii="Aptos Light" w:hAnsi="Aptos Light"/>
                <w:b/>
              </w:rPr>
              <w:t>Name</w:t>
            </w:r>
          </w:p>
        </w:tc>
        <w:tc>
          <w:tcPr>
            <w:tcW w:w="1932" w:type="dxa"/>
            <w:tcBorders>
              <w:top w:val="single" w:sz="18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CE5CD"/>
          </w:tcPr>
          <w:p w14:paraId="5ED80062" w14:textId="77777777" w:rsidR="0006392B" w:rsidRPr="00A174AC" w:rsidRDefault="0006392B" w:rsidP="00A174AC">
            <w:pPr>
              <w:spacing w:after="0" w:line="240" w:lineRule="auto"/>
              <w:rPr>
                <w:rFonts w:ascii="Aptos Light" w:hAnsi="Aptos Light"/>
                <w:b/>
              </w:rPr>
            </w:pPr>
            <w:r w:rsidRPr="00A174AC">
              <w:rPr>
                <w:rFonts w:ascii="Aptos Light" w:hAnsi="Aptos Light"/>
                <w:b/>
              </w:rPr>
              <w:t>Date of Birth</w:t>
            </w:r>
          </w:p>
        </w:tc>
        <w:tc>
          <w:tcPr>
            <w:tcW w:w="5003" w:type="dxa"/>
            <w:tcBorders>
              <w:top w:val="single" w:sz="18" w:space="0" w:color="FFFFFF" w:themeColor="background1"/>
              <w:left w:val="single" w:sz="4" w:space="0" w:color="FFFFFF" w:themeColor="background1"/>
            </w:tcBorders>
            <w:shd w:val="clear" w:color="auto" w:fill="FCE5CD"/>
          </w:tcPr>
          <w:p w14:paraId="1F93A0F8" w14:textId="77777777" w:rsidR="0006392B" w:rsidRPr="00A174AC" w:rsidRDefault="0006392B" w:rsidP="00A174AC">
            <w:pPr>
              <w:spacing w:after="0" w:line="240" w:lineRule="auto"/>
              <w:rPr>
                <w:rFonts w:ascii="Aptos Light" w:hAnsi="Aptos Light"/>
                <w:b/>
              </w:rPr>
            </w:pPr>
            <w:r w:rsidRPr="00A174AC">
              <w:rPr>
                <w:rFonts w:ascii="Aptos Light" w:hAnsi="Aptos Light"/>
                <w:b/>
              </w:rPr>
              <w:t>Email</w:t>
            </w:r>
          </w:p>
        </w:tc>
      </w:tr>
      <w:tr w:rsidR="0006392B" w:rsidRPr="003A0A7A" w14:paraId="4963A921" w14:textId="77777777" w:rsidTr="00786B50">
        <w:tc>
          <w:tcPr>
            <w:tcW w:w="3828" w:type="dxa"/>
            <w:tcBorders>
              <w:right w:val="single" w:sz="4" w:space="0" w:color="FFFFFF" w:themeColor="background1"/>
            </w:tcBorders>
            <w:shd w:val="clear" w:color="auto" w:fill="FCE5CD"/>
          </w:tcPr>
          <w:p w14:paraId="0FD0C545" w14:textId="3730CA19" w:rsidR="0006392B" w:rsidRPr="003A0A7A" w:rsidRDefault="00A174AC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 w:rsidRPr="003A0A7A">
              <w:rPr>
                <w:rFonts w:ascii="Aptos Light" w:hAnsi="Aptos Light"/>
              </w:rPr>
              <w:t>……………………………………………</w:t>
            </w:r>
            <w:r>
              <w:rPr>
                <w:rFonts w:ascii="Aptos Light" w:hAnsi="Aptos Light"/>
              </w:rPr>
              <w:t>……….</w:t>
            </w:r>
          </w:p>
        </w:tc>
        <w:tc>
          <w:tcPr>
            <w:tcW w:w="193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CE5CD"/>
          </w:tcPr>
          <w:p w14:paraId="572C928D" w14:textId="741EE291" w:rsidR="0006392B" w:rsidRPr="003A0A7A" w:rsidRDefault="00A174AC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>
              <w:rPr>
                <w:rFonts w:ascii="Aptos Light" w:hAnsi="Aptos Light"/>
              </w:rPr>
              <w:t>.</w:t>
            </w:r>
            <w:r w:rsidRPr="003A0A7A">
              <w:rPr>
                <w:rFonts w:ascii="Aptos Light" w:hAnsi="Aptos Light"/>
              </w:rPr>
              <w:t>……………………</w:t>
            </w:r>
            <w:r>
              <w:rPr>
                <w:rFonts w:ascii="Aptos Light" w:hAnsi="Aptos Light"/>
              </w:rPr>
              <w:t>….</w:t>
            </w:r>
          </w:p>
        </w:tc>
        <w:tc>
          <w:tcPr>
            <w:tcW w:w="5003" w:type="dxa"/>
            <w:tcBorders>
              <w:left w:val="single" w:sz="4" w:space="0" w:color="FFFFFF" w:themeColor="background1"/>
            </w:tcBorders>
            <w:shd w:val="clear" w:color="auto" w:fill="FCE5CD"/>
          </w:tcPr>
          <w:p w14:paraId="63FF04AF" w14:textId="77777777" w:rsidR="0006392B" w:rsidRPr="003A0A7A" w:rsidRDefault="0006392B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 w:rsidRPr="003A0A7A">
              <w:rPr>
                <w:rFonts w:ascii="Aptos Light" w:hAnsi="Aptos Light"/>
                <w:bCs/>
              </w:rPr>
              <w:t>………………………………………………………………………</w:t>
            </w:r>
          </w:p>
        </w:tc>
      </w:tr>
      <w:tr w:rsidR="0056428E" w:rsidRPr="003A0A7A" w14:paraId="02CE8260" w14:textId="77777777" w:rsidTr="00786B50">
        <w:tc>
          <w:tcPr>
            <w:tcW w:w="3828" w:type="dxa"/>
            <w:tcBorders>
              <w:right w:val="single" w:sz="4" w:space="0" w:color="FFFFFF" w:themeColor="background1"/>
            </w:tcBorders>
            <w:shd w:val="clear" w:color="auto" w:fill="FCE5CD"/>
          </w:tcPr>
          <w:p w14:paraId="2D2012A2" w14:textId="77A25C9E" w:rsidR="0056428E" w:rsidRPr="003A0A7A" w:rsidRDefault="00A174AC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 w:rsidRPr="003A0A7A">
              <w:rPr>
                <w:rFonts w:ascii="Aptos Light" w:hAnsi="Aptos Light"/>
              </w:rPr>
              <w:t>……………………………………………</w:t>
            </w:r>
            <w:r>
              <w:rPr>
                <w:rFonts w:ascii="Aptos Light" w:hAnsi="Aptos Light"/>
              </w:rPr>
              <w:t>……….</w:t>
            </w:r>
          </w:p>
        </w:tc>
        <w:tc>
          <w:tcPr>
            <w:tcW w:w="193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CE5CD"/>
          </w:tcPr>
          <w:p w14:paraId="4277A00D" w14:textId="336525CD" w:rsidR="0056428E" w:rsidRPr="003A0A7A" w:rsidRDefault="00A174AC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>
              <w:rPr>
                <w:rFonts w:ascii="Aptos Light" w:hAnsi="Aptos Light"/>
              </w:rPr>
              <w:t>.</w:t>
            </w:r>
            <w:r w:rsidRPr="003A0A7A">
              <w:rPr>
                <w:rFonts w:ascii="Aptos Light" w:hAnsi="Aptos Light"/>
              </w:rPr>
              <w:t>……………………</w:t>
            </w:r>
            <w:r>
              <w:rPr>
                <w:rFonts w:ascii="Aptos Light" w:hAnsi="Aptos Light"/>
              </w:rPr>
              <w:t>….</w:t>
            </w:r>
          </w:p>
        </w:tc>
        <w:tc>
          <w:tcPr>
            <w:tcW w:w="5003" w:type="dxa"/>
            <w:tcBorders>
              <w:left w:val="single" w:sz="4" w:space="0" w:color="FFFFFF" w:themeColor="background1"/>
            </w:tcBorders>
            <w:shd w:val="clear" w:color="auto" w:fill="FCE5CD"/>
          </w:tcPr>
          <w:p w14:paraId="0243EC57" w14:textId="77777777" w:rsidR="0056428E" w:rsidRPr="003A0A7A" w:rsidRDefault="0056428E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 w:rsidRPr="003A0A7A">
              <w:rPr>
                <w:rFonts w:ascii="Aptos Light" w:hAnsi="Aptos Light"/>
                <w:bCs/>
              </w:rPr>
              <w:t>………………………………………………………………………</w:t>
            </w:r>
          </w:p>
        </w:tc>
      </w:tr>
      <w:tr w:rsidR="008F0E4C" w:rsidRPr="003A0A7A" w14:paraId="4EA4A3D4" w14:textId="77777777" w:rsidTr="00786B50">
        <w:tc>
          <w:tcPr>
            <w:tcW w:w="3828" w:type="dxa"/>
            <w:tcBorders>
              <w:right w:val="single" w:sz="4" w:space="0" w:color="FFFFFF" w:themeColor="background1"/>
            </w:tcBorders>
            <w:shd w:val="clear" w:color="auto" w:fill="FCE5CD"/>
          </w:tcPr>
          <w:p w14:paraId="2D590DE1" w14:textId="599F19DC" w:rsidR="008F0E4C" w:rsidRPr="003A0A7A" w:rsidRDefault="00A174AC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 w:rsidRPr="003A0A7A">
              <w:rPr>
                <w:rFonts w:ascii="Aptos Light" w:hAnsi="Aptos Light"/>
              </w:rPr>
              <w:t>……………………………………………</w:t>
            </w:r>
            <w:r>
              <w:rPr>
                <w:rFonts w:ascii="Aptos Light" w:hAnsi="Aptos Light"/>
              </w:rPr>
              <w:t>……….</w:t>
            </w:r>
          </w:p>
        </w:tc>
        <w:tc>
          <w:tcPr>
            <w:tcW w:w="193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CE5CD"/>
          </w:tcPr>
          <w:p w14:paraId="4C762D48" w14:textId="0FADAFC5" w:rsidR="008F0E4C" w:rsidRPr="003A0A7A" w:rsidRDefault="00A174AC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>
              <w:rPr>
                <w:rFonts w:ascii="Aptos Light" w:hAnsi="Aptos Light"/>
              </w:rPr>
              <w:t>.</w:t>
            </w:r>
            <w:r w:rsidRPr="003A0A7A">
              <w:rPr>
                <w:rFonts w:ascii="Aptos Light" w:hAnsi="Aptos Light"/>
              </w:rPr>
              <w:t>……………………</w:t>
            </w:r>
            <w:r>
              <w:rPr>
                <w:rFonts w:ascii="Aptos Light" w:hAnsi="Aptos Light"/>
              </w:rPr>
              <w:t>….</w:t>
            </w:r>
          </w:p>
        </w:tc>
        <w:tc>
          <w:tcPr>
            <w:tcW w:w="5003" w:type="dxa"/>
            <w:tcBorders>
              <w:left w:val="single" w:sz="4" w:space="0" w:color="FFFFFF" w:themeColor="background1"/>
            </w:tcBorders>
            <w:shd w:val="clear" w:color="auto" w:fill="FCE5CD"/>
          </w:tcPr>
          <w:p w14:paraId="6CB3F400" w14:textId="77777777" w:rsidR="008F0E4C" w:rsidRPr="003A0A7A" w:rsidRDefault="008F0E4C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 w:rsidRPr="003A0A7A">
              <w:rPr>
                <w:rFonts w:ascii="Aptos Light" w:hAnsi="Aptos Light"/>
                <w:bCs/>
              </w:rPr>
              <w:t>………………………………………………………………………</w:t>
            </w:r>
          </w:p>
        </w:tc>
      </w:tr>
    </w:tbl>
    <w:p w14:paraId="61344729" w14:textId="77777777" w:rsidR="003A0A7A" w:rsidRPr="003A0A7A" w:rsidRDefault="003A0A7A" w:rsidP="00A174AC">
      <w:pPr>
        <w:spacing w:after="0" w:line="240" w:lineRule="auto"/>
        <w:rPr>
          <w:rFonts w:ascii="Aptos Light" w:hAnsi="Aptos Ligh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27"/>
        <w:gridCol w:w="1933"/>
        <w:gridCol w:w="5003"/>
      </w:tblGrid>
      <w:tr w:rsidR="0006392B" w:rsidRPr="00EC370E" w14:paraId="44AF43D0" w14:textId="77777777" w:rsidTr="00786B50">
        <w:tc>
          <w:tcPr>
            <w:tcW w:w="10763" w:type="dxa"/>
            <w:gridSpan w:val="3"/>
            <w:tcBorders>
              <w:bottom w:val="single" w:sz="18" w:space="0" w:color="FFFFFF" w:themeColor="background1"/>
            </w:tcBorders>
            <w:shd w:val="clear" w:color="auto" w:fill="D9EAD3"/>
          </w:tcPr>
          <w:p w14:paraId="16E40562" w14:textId="69FB353B" w:rsidR="0006392B" w:rsidRPr="00EC370E" w:rsidRDefault="00563705" w:rsidP="00A174AC">
            <w:pPr>
              <w:spacing w:before="60" w:after="60" w:line="240" w:lineRule="auto"/>
              <w:jc w:val="center"/>
              <w:rPr>
                <w:rFonts w:ascii="Aptos" w:hAnsi="Aptos"/>
                <w:b/>
                <w:bCs/>
                <w:spacing w:val="20"/>
              </w:rPr>
            </w:pPr>
            <w:r w:rsidRPr="00EC370E">
              <w:rPr>
                <w:rFonts w:ascii="Aptos" w:hAnsi="Aptos"/>
                <w:b/>
                <w:bCs/>
                <w:spacing w:val="20"/>
              </w:rPr>
              <w:t>Open Triples</w:t>
            </w:r>
            <w:r w:rsidR="003A0A7A" w:rsidRPr="00EC370E">
              <w:rPr>
                <w:rFonts w:ascii="Aptos" w:hAnsi="Aptos"/>
                <w:b/>
                <w:bCs/>
                <w:spacing w:val="20"/>
              </w:rPr>
              <w:t xml:space="preserve"> (OT)</w:t>
            </w:r>
          </w:p>
        </w:tc>
      </w:tr>
      <w:tr w:rsidR="0006392B" w:rsidRPr="00A174AC" w14:paraId="0DC28A85" w14:textId="77777777" w:rsidTr="00786B50">
        <w:tc>
          <w:tcPr>
            <w:tcW w:w="3827" w:type="dxa"/>
            <w:tcBorders>
              <w:top w:val="single" w:sz="18" w:space="0" w:color="FFFFFF" w:themeColor="background1"/>
              <w:right w:val="single" w:sz="4" w:space="0" w:color="FFFFFF" w:themeColor="background1"/>
            </w:tcBorders>
            <w:shd w:val="clear" w:color="auto" w:fill="D9EAD3"/>
          </w:tcPr>
          <w:p w14:paraId="12C959C8" w14:textId="77777777" w:rsidR="0006392B" w:rsidRPr="00A174AC" w:rsidRDefault="0006392B" w:rsidP="00A174AC">
            <w:pPr>
              <w:spacing w:after="0" w:line="240" w:lineRule="auto"/>
              <w:rPr>
                <w:rFonts w:ascii="Aptos Light" w:hAnsi="Aptos Light"/>
                <w:b/>
              </w:rPr>
            </w:pPr>
            <w:r w:rsidRPr="00A174AC">
              <w:rPr>
                <w:rFonts w:ascii="Aptos Light" w:hAnsi="Aptos Light"/>
                <w:b/>
              </w:rPr>
              <w:t>Name</w:t>
            </w:r>
          </w:p>
        </w:tc>
        <w:tc>
          <w:tcPr>
            <w:tcW w:w="1933" w:type="dxa"/>
            <w:tcBorders>
              <w:top w:val="single" w:sz="18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9EAD3"/>
          </w:tcPr>
          <w:p w14:paraId="5186119E" w14:textId="77777777" w:rsidR="0006392B" w:rsidRPr="00A174AC" w:rsidRDefault="0006392B" w:rsidP="00A174AC">
            <w:pPr>
              <w:spacing w:after="0" w:line="240" w:lineRule="auto"/>
              <w:rPr>
                <w:rFonts w:ascii="Aptos Light" w:hAnsi="Aptos Light"/>
                <w:b/>
              </w:rPr>
            </w:pPr>
            <w:r w:rsidRPr="00A174AC">
              <w:rPr>
                <w:rFonts w:ascii="Aptos Light" w:hAnsi="Aptos Light"/>
                <w:b/>
              </w:rPr>
              <w:t>Date of Birth</w:t>
            </w:r>
          </w:p>
        </w:tc>
        <w:tc>
          <w:tcPr>
            <w:tcW w:w="5003" w:type="dxa"/>
            <w:tcBorders>
              <w:top w:val="single" w:sz="18" w:space="0" w:color="FFFFFF" w:themeColor="background1"/>
              <w:left w:val="single" w:sz="4" w:space="0" w:color="FFFFFF" w:themeColor="background1"/>
            </w:tcBorders>
            <w:shd w:val="clear" w:color="auto" w:fill="D9EAD3"/>
          </w:tcPr>
          <w:p w14:paraId="1F5EAA93" w14:textId="77777777" w:rsidR="0006392B" w:rsidRPr="00A174AC" w:rsidRDefault="0006392B" w:rsidP="00A174AC">
            <w:pPr>
              <w:spacing w:after="0" w:line="240" w:lineRule="auto"/>
              <w:rPr>
                <w:rFonts w:ascii="Aptos Light" w:hAnsi="Aptos Light"/>
                <w:b/>
              </w:rPr>
            </w:pPr>
            <w:r w:rsidRPr="00A174AC">
              <w:rPr>
                <w:rFonts w:ascii="Aptos Light" w:hAnsi="Aptos Light"/>
                <w:b/>
              </w:rPr>
              <w:t>Email</w:t>
            </w:r>
          </w:p>
        </w:tc>
      </w:tr>
      <w:tr w:rsidR="0006392B" w:rsidRPr="003A0A7A" w14:paraId="7756C66A" w14:textId="77777777" w:rsidTr="00786B50">
        <w:tc>
          <w:tcPr>
            <w:tcW w:w="3827" w:type="dxa"/>
            <w:tcBorders>
              <w:right w:val="single" w:sz="4" w:space="0" w:color="FFFFFF" w:themeColor="background1"/>
            </w:tcBorders>
            <w:shd w:val="clear" w:color="auto" w:fill="D9EAD3"/>
          </w:tcPr>
          <w:p w14:paraId="7B48BDDF" w14:textId="45A710CF" w:rsidR="0006392B" w:rsidRPr="003A0A7A" w:rsidRDefault="00A174AC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 w:rsidRPr="003A0A7A">
              <w:rPr>
                <w:rFonts w:ascii="Aptos Light" w:hAnsi="Aptos Light"/>
              </w:rPr>
              <w:t>……………………………………………</w:t>
            </w:r>
            <w:r>
              <w:rPr>
                <w:rFonts w:ascii="Aptos Light" w:hAnsi="Aptos Light"/>
              </w:rPr>
              <w:t>……….</w:t>
            </w:r>
          </w:p>
        </w:tc>
        <w:tc>
          <w:tcPr>
            <w:tcW w:w="193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9EAD3"/>
          </w:tcPr>
          <w:p w14:paraId="30A8FEA3" w14:textId="46FBA3A6" w:rsidR="0006392B" w:rsidRPr="003A0A7A" w:rsidRDefault="00A174AC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>
              <w:rPr>
                <w:rFonts w:ascii="Aptos Light" w:hAnsi="Aptos Light"/>
              </w:rPr>
              <w:t>.</w:t>
            </w:r>
            <w:r w:rsidRPr="003A0A7A">
              <w:rPr>
                <w:rFonts w:ascii="Aptos Light" w:hAnsi="Aptos Light"/>
              </w:rPr>
              <w:t>……………………</w:t>
            </w:r>
            <w:r>
              <w:rPr>
                <w:rFonts w:ascii="Aptos Light" w:hAnsi="Aptos Light"/>
              </w:rPr>
              <w:t>….</w:t>
            </w:r>
          </w:p>
        </w:tc>
        <w:tc>
          <w:tcPr>
            <w:tcW w:w="5003" w:type="dxa"/>
            <w:tcBorders>
              <w:left w:val="single" w:sz="4" w:space="0" w:color="FFFFFF" w:themeColor="background1"/>
            </w:tcBorders>
            <w:shd w:val="clear" w:color="auto" w:fill="D9EAD3"/>
          </w:tcPr>
          <w:p w14:paraId="5E3D78F9" w14:textId="77777777" w:rsidR="0006392B" w:rsidRPr="003A0A7A" w:rsidRDefault="0006392B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 w:rsidRPr="003A0A7A">
              <w:rPr>
                <w:rFonts w:ascii="Aptos Light" w:hAnsi="Aptos Light"/>
                <w:bCs/>
              </w:rPr>
              <w:t>………………………………………………………………………</w:t>
            </w:r>
          </w:p>
        </w:tc>
      </w:tr>
      <w:tr w:rsidR="0056428E" w:rsidRPr="003A0A7A" w14:paraId="0B4AA4B9" w14:textId="77777777" w:rsidTr="00786B50">
        <w:tc>
          <w:tcPr>
            <w:tcW w:w="3827" w:type="dxa"/>
            <w:tcBorders>
              <w:right w:val="single" w:sz="4" w:space="0" w:color="FFFFFF" w:themeColor="background1"/>
            </w:tcBorders>
            <w:shd w:val="clear" w:color="auto" w:fill="D9EAD3"/>
          </w:tcPr>
          <w:p w14:paraId="5CAE67FB" w14:textId="742243A8" w:rsidR="0056428E" w:rsidRPr="003A0A7A" w:rsidRDefault="00A174AC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 w:rsidRPr="003A0A7A">
              <w:rPr>
                <w:rFonts w:ascii="Aptos Light" w:hAnsi="Aptos Light"/>
              </w:rPr>
              <w:t>……………………………………………</w:t>
            </w:r>
            <w:r>
              <w:rPr>
                <w:rFonts w:ascii="Aptos Light" w:hAnsi="Aptos Light"/>
              </w:rPr>
              <w:t>……….</w:t>
            </w:r>
          </w:p>
        </w:tc>
        <w:tc>
          <w:tcPr>
            <w:tcW w:w="193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9EAD3"/>
          </w:tcPr>
          <w:p w14:paraId="29D7F5CE" w14:textId="2FF6D981" w:rsidR="0056428E" w:rsidRPr="003A0A7A" w:rsidRDefault="00A174AC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>
              <w:rPr>
                <w:rFonts w:ascii="Aptos Light" w:hAnsi="Aptos Light"/>
              </w:rPr>
              <w:t>.</w:t>
            </w:r>
            <w:r w:rsidRPr="003A0A7A">
              <w:rPr>
                <w:rFonts w:ascii="Aptos Light" w:hAnsi="Aptos Light"/>
              </w:rPr>
              <w:t>……………………</w:t>
            </w:r>
            <w:r>
              <w:rPr>
                <w:rFonts w:ascii="Aptos Light" w:hAnsi="Aptos Light"/>
              </w:rPr>
              <w:t>….</w:t>
            </w:r>
          </w:p>
        </w:tc>
        <w:tc>
          <w:tcPr>
            <w:tcW w:w="5003" w:type="dxa"/>
            <w:tcBorders>
              <w:left w:val="single" w:sz="4" w:space="0" w:color="FFFFFF" w:themeColor="background1"/>
            </w:tcBorders>
            <w:shd w:val="clear" w:color="auto" w:fill="D9EAD3"/>
          </w:tcPr>
          <w:p w14:paraId="5CFDAFB5" w14:textId="77777777" w:rsidR="0056428E" w:rsidRPr="003A0A7A" w:rsidRDefault="0056428E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 w:rsidRPr="003A0A7A">
              <w:rPr>
                <w:rFonts w:ascii="Aptos Light" w:hAnsi="Aptos Light"/>
                <w:bCs/>
              </w:rPr>
              <w:t>………………………………………………………………………</w:t>
            </w:r>
          </w:p>
        </w:tc>
      </w:tr>
      <w:tr w:rsidR="0056428E" w:rsidRPr="003A0A7A" w14:paraId="4C11239C" w14:textId="77777777" w:rsidTr="00786B50">
        <w:tc>
          <w:tcPr>
            <w:tcW w:w="3827" w:type="dxa"/>
            <w:tcBorders>
              <w:right w:val="single" w:sz="4" w:space="0" w:color="FFFFFF" w:themeColor="background1"/>
            </w:tcBorders>
            <w:shd w:val="clear" w:color="auto" w:fill="D9EAD3"/>
          </w:tcPr>
          <w:p w14:paraId="499E0B3F" w14:textId="16D807F6" w:rsidR="0056428E" w:rsidRPr="003A0A7A" w:rsidRDefault="00A174AC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 w:rsidRPr="003A0A7A">
              <w:rPr>
                <w:rFonts w:ascii="Aptos Light" w:hAnsi="Aptos Light"/>
              </w:rPr>
              <w:t>……………………………………………</w:t>
            </w:r>
            <w:r>
              <w:rPr>
                <w:rFonts w:ascii="Aptos Light" w:hAnsi="Aptos Light"/>
              </w:rPr>
              <w:t>……….</w:t>
            </w:r>
          </w:p>
        </w:tc>
        <w:tc>
          <w:tcPr>
            <w:tcW w:w="193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9EAD3"/>
          </w:tcPr>
          <w:p w14:paraId="4F225903" w14:textId="09619132" w:rsidR="0056428E" w:rsidRPr="003A0A7A" w:rsidRDefault="00A174AC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>
              <w:rPr>
                <w:rFonts w:ascii="Aptos Light" w:hAnsi="Aptos Light"/>
              </w:rPr>
              <w:t>.</w:t>
            </w:r>
            <w:r w:rsidRPr="003A0A7A">
              <w:rPr>
                <w:rFonts w:ascii="Aptos Light" w:hAnsi="Aptos Light"/>
              </w:rPr>
              <w:t>……………………</w:t>
            </w:r>
            <w:r>
              <w:rPr>
                <w:rFonts w:ascii="Aptos Light" w:hAnsi="Aptos Light"/>
              </w:rPr>
              <w:t>….</w:t>
            </w:r>
          </w:p>
        </w:tc>
        <w:tc>
          <w:tcPr>
            <w:tcW w:w="5003" w:type="dxa"/>
            <w:tcBorders>
              <w:left w:val="single" w:sz="4" w:space="0" w:color="FFFFFF" w:themeColor="background1"/>
            </w:tcBorders>
            <w:shd w:val="clear" w:color="auto" w:fill="D9EAD3"/>
          </w:tcPr>
          <w:p w14:paraId="73BD9BDB" w14:textId="77777777" w:rsidR="0056428E" w:rsidRPr="003A0A7A" w:rsidRDefault="0056428E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 w:rsidRPr="003A0A7A">
              <w:rPr>
                <w:rFonts w:ascii="Aptos Light" w:hAnsi="Aptos Light"/>
                <w:bCs/>
              </w:rPr>
              <w:t>………………………………………………………………………</w:t>
            </w:r>
          </w:p>
        </w:tc>
      </w:tr>
    </w:tbl>
    <w:p w14:paraId="26E0BB78" w14:textId="77777777" w:rsidR="003A0A7A" w:rsidRPr="003A0A7A" w:rsidRDefault="003A0A7A" w:rsidP="00A174AC">
      <w:pPr>
        <w:spacing w:after="0" w:line="240" w:lineRule="auto"/>
        <w:rPr>
          <w:rFonts w:ascii="Aptos Light" w:hAnsi="Aptos Ligh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27"/>
        <w:gridCol w:w="1933"/>
        <w:gridCol w:w="5003"/>
      </w:tblGrid>
      <w:tr w:rsidR="0006392B" w:rsidRPr="00EC370E" w14:paraId="60AA31EE" w14:textId="77777777" w:rsidTr="00786B50">
        <w:tc>
          <w:tcPr>
            <w:tcW w:w="10763" w:type="dxa"/>
            <w:gridSpan w:val="3"/>
            <w:tcBorders>
              <w:bottom w:val="single" w:sz="18" w:space="0" w:color="FFFFFF" w:themeColor="background1"/>
            </w:tcBorders>
            <w:shd w:val="clear" w:color="auto" w:fill="D9D2E9"/>
          </w:tcPr>
          <w:p w14:paraId="5CB6821B" w14:textId="1D1A5974" w:rsidR="0006392B" w:rsidRPr="00EC370E" w:rsidRDefault="00563705" w:rsidP="00A174AC">
            <w:pPr>
              <w:spacing w:before="60" w:after="60" w:line="240" w:lineRule="auto"/>
              <w:jc w:val="center"/>
              <w:rPr>
                <w:rFonts w:ascii="Aptos" w:hAnsi="Aptos"/>
                <w:b/>
                <w:bCs/>
                <w:spacing w:val="20"/>
              </w:rPr>
            </w:pPr>
            <w:r w:rsidRPr="00EC370E">
              <w:rPr>
                <w:rFonts w:ascii="Aptos" w:hAnsi="Aptos"/>
                <w:b/>
                <w:bCs/>
                <w:spacing w:val="20"/>
              </w:rPr>
              <w:t>Men’s Doubles</w:t>
            </w:r>
            <w:r w:rsidR="003A0A7A" w:rsidRPr="00EC370E">
              <w:rPr>
                <w:rFonts w:ascii="Aptos" w:hAnsi="Aptos"/>
                <w:b/>
                <w:bCs/>
                <w:spacing w:val="20"/>
              </w:rPr>
              <w:t xml:space="preserve"> (MD) &amp; Women’s Doubles (WD)</w:t>
            </w:r>
          </w:p>
        </w:tc>
      </w:tr>
      <w:tr w:rsidR="0006392B" w:rsidRPr="00A174AC" w14:paraId="27041521" w14:textId="77777777" w:rsidTr="00786B50">
        <w:tc>
          <w:tcPr>
            <w:tcW w:w="3827" w:type="dxa"/>
            <w:tcBorders>
              <w:top w:val="single" w:sz="18" w:space="0" w:color="FFFFFF" w:themeColor="background1"/>
              <w:right w:val="single" w:sz="4" w:space="0" w:color="FFFFFF" w:themeColor="background1"/>
            </w:tcBorders>
            <w:shd w:val="clear" w:color="auto" w:fill="D9D2E9"/>
          </w:tcPr>
          <w:p w14:paraId="7C4A556B" w14:textId="77777777" w:rsidR="0006392B" w:rsidRPr="00A174AC" w:rsidRDefault="0006392B" w:rsidP="00A174AC">
            <w:pPr>
              <w:spacing w:after="0" w:line="240" w:lineRule="auto"/>
              <w:rPr>
                <w:rFonts w:ascii="Aptos Light" w:hAnsi="Aptos Light"/>
                <w:b/>
              </w:rPr>
            </w:pPr>
            <w:r w:rsidRPr="00A174AC">
              <w:rPr>
                <w:rFonts w:ascii="Aptos Light" w:hAnsi="Aptos Light"/>
                <w:b/>
              </w:rPr>
              <w:t>Name</w:t>
            </w:r>
          </w:p>
        </w:tc>
        <w:tc>
          <w:tcPr>
            <w:tcW w:w="1933" w:type="dxa"/>
            <w:tcBorders>
              <w:top w:val="single" w:sz="18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9D2E9"/>
          </w:tcPr>
          <w:p w14:paraId="4ABBE188" w14:textId="77777777" w:rsidR="0006392B" w:rsidRPr="00A174AC" w:rsidRDefault="0006392B" w:rsidP="00A174AC">
            <w:pPr>
              <w:spacing w:after="0" w:line="240" w:lineRule="auto"/>
              <w:rPr>
                <w:rFonts w:ascii="Aptos Light" w:hAnsi="Aptos Light"/>
                <w:b/>
              </w:rPr>
            </w:pPr>
            <w:r w:rsidRPr="00A174AC">
              <w:rPr>
                <w:rFonts w:ascii="Aptos Light" w:hAnsi="Aptos Light"/>
                <w:b/>
              </w:rPr>
              <w:t>Date of Birth</w:t>
            </w:r>
          </w:p>
        </w:tc>
        <w:tc>
          <w:tcPr>
            <w:tcW w:w="5003" w:type="dxa"/>
            <w:tcBorders>
              <w:top w:val="single" w:sz="18" w:space="0" w:color="FFFFFF" w:themeColor="background1"/>
              <w:left w:val="single" w:sz="4" w:space="0" w:color="FFFFFF" w:themeColor="background1"/>
            </w:tcBorders>
            <w:shd w:val="clear" w:color="auto" w:fill="D9D2E9"/>
          </w:tcPr>
          <w:p w14:paraId="24C7FB65" w14:textId="77777777" w:rsidR="0006392B" w:rsidRPr="00A174AC" w:rsidRDefault="0006392B" w:rsidP="00A174AC">
            <w:pPr>
              <w:spacing w:after="0" w:line="240" w:lineRule="auto"/>
              <w:rPr>
                <w:rFonts w:ascii="Aptos Light" w:hAnsi="Aptos Light"/>
                <w:b/>
              </w:rPr>
            </w:pPr>
            <w:r w:rsidRPr="00A174AC">
              <w:rPr>
                <w:rFonts w:ascii="Aptos Light" w:hAnsi="Aptos Light"/>
                <w:b/>
              </w:rPr>
              <w:t>Email</w:t>
            </w:r>
          </w:p>
        </w:tc>
      </w:tr>
      <w:tr w:rsidR="0006392B" w:rsidRPr="003A0A7A" w14:paraId="5F640566" w14:textId="77777777" w:rsidTr="00786B50">
        <w:tc>
          <w:tcPr>
            <w:tcW w:w="3827" w:type="dxa"/>
            <w:tcBorders>
              <w:right w:val="single" w:sz="4" w:space="0" w:color="FFFFFF" w:themeColor="background1"/>
            </w:tcBorders>
            <w:shd w:val="clear" w:color="auto" w:fill="D9D2E9"/>
          </w:tcPr>
          <w:p w14:paraId="62AB58BF" w14:textId="3592AFC3" w:rsidR="0006392B" w:rsidRPr="003A0A7A" w:rsidRDefault="00A174AC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 w:rsidRPr="003A0A7A">
              <w:rPr>
                <w:rFonts w:ascii="Aptos Light" w:hAnsi="Aptos Light"/>
              </w:rPr>
              <w:t>……………………………………………</w:t>
            </w:r>
            <w:r>
              <w:rPr>
                <w:rFonts w:ascii="Aptos Light" w:hAnsi="Aptos Light"/>
              </w:rPr>
              <w:t>……….</w:t>
            </w:r>
          </w:p>
        </w:tc>
        <w:tc>
          <w:tcPr>
            <w:tcW w:w="193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9D2E9"/>
          </w:tcPr>
          <w:p w14:paraId="62787558" w14:textId="089C4665" w:rsidR="0006392B" w:rsidRPr="003A0A7A" w:rsidRDefault="00A174AC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>
              <w:rPr>
                <w:rFonts w:ascii="Aptos Light" w:hAnsi="Aptos Light"/>
              </w:rPr>
              <w:t>.</w:t>
            </w:r>
            <w:r w:rsidRPr="003A0A7A">
              <w:rPr>
                <w:rFonts w:ascii="Aptos Light" w:hAnsi="Aptos Light"/>
              </w:rPr>
              <w:t>……………………</w:t>
            </w:r>
            <w:r>
              <w:rPr>
                <w:rFonts w:ascii="Aptos Light" w:hAnsi="Aptos Light"/>
              </w:rPr>
              <w:t>….</w:t>
            </w:r>
          </w:p>
        </w:tc>
        <w:tc>
          <w:tcPr>
            <w:tcW w:w="5003" w:type="dxa"/>
            <w:tcBorders>
              <w:left w:val="single" w:sz="4" w:space="0" w:color="FFFFFF" w:themeColor="background1"/>
            </w:tcBorders>
            <w:shd w:val="clear" w:color="auto" w:fill="D9D2E9"/>
          </w:tcPr>
          <w:p w14:paraId="423AA8A1" w14:textId="77777777" w:rsidR="0006392B" w:rsidRPr="003A0A7A" w:rsidRDefault="0006392B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 w:rsidRPr="003A0A7A">
              <w:rPr>
                <w:rFonts w:ascii="Aptos Light" w:hAnsi="Aptos Light"/>
                <w:bCs/>
              </w:rPr>
              <w:t>………………………………………………………………………</w:t>
            </w:r>
          </w:p>
        </w:tc>
      </w:tr>
      <w:tr w:rsidR="008F0E4C" w:rsidRPr="003A0A7A" w14:paraId="092538D0" w14:textId="77777777" w:rsidTr="00786B50">
        <w:tc>
          <w:tcPr>
            <w:tcW w:w="3827" w:type="dxa"/>
            <w:tcBorders>
              <w:right w:val="single" w:sz="4" w:space="0" w:color="FFFFFF" w:themeColor="background1"/>
            </w:tcBorders>
            <w:shd w:val="clear" w:color="auto" w:fill="D9D2E9"/>
          </w:tcPr>
          <w:p w14:paraId="6A6CB435" w14:textId="15818E74" w:rsidR="008F0E4C" w:rsidRPr="003A0A7A" w:rsidRDefault="00A174AC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 w:rsidRPr="003A0A7A">
              <w:rPr>
                <w:rFonts w:ascii="Aptos Light" w:hAnsi="Aptos Light"/>
              </w:rPr>
              <w:t>……………………………………………</w:t>
            </w:r>
            <w:r>
              <w:rPr>
                <w:rFonts w:ascii="Aptos Light" w:hAnsi="Aptos Light"/>
              </w:rPr>
              <w:t>……….</w:t>
            </w:r>
          </w:p>
        </w:tc>
        <w:tc>
          <w:tcPr>
            <w:tcW w:w="193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9D2E9"/>
          </w:tcPr>
          <w:p w14:paraId="674A4A71" w14:textId="747CDE76" w:rsidR="008F0E4C" w:rsidRPr="003A0A7A" w:rsidRDefault="00A174AC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>
              <w:rPr>
                <w:rFonts w:ascii="Aptos Light" w:hAnsi="Aptos Light"/>
              </w:rPr>
              <w:t>.</w:t>
            </w:r>
            <w:r w:rsidRPr="003A0A7A">
              <w:rPr>
                <w:rFonts w:ascii="Aptos Light" w:hAnsi="Aptos Light"/>
              </w:rPr>
              <w:t>……………………</w:t>
            </w:r>
            <w:r>
              <w:rPr>
                <w:rFonts w:ascii="Aptos Light" w:hAnsi="Aptos Light"/>
              </w:rPr>
              <w:t>….</w:t>
            </w:r>
          </w:p>
        </w:tc>
        <w:tc>
          <w:tcPr>
            <w:tcW w:w="5003" w:type="dxa"/>
            <w:tcBorders>
              <w:left w:val="single" w:sz="4" w:space="0" w:color="FFFFFF" w:themeColor="background1"/>
            </w:tcBorders>
            <w:shd w:val="clear" w:color="auto" w:fill="D9D2E9"/>
          </w:tcPr>
          <w:p w14:paraId="2816AE30" w14:textId="77777777" w:rsidR="008F0E4C" w:rsidRPr="003A0A7A" w:rsidRDefault="008F0E4C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 w:rsidRPr="003A0A7A">
              <w:rPr>
                <w:rFonts w:ascii="Aptos Light" w:hAnsi="Aptos Light"/>
                <w:bCs/>
              </w:rPr>
              <w:t>………………………………………………………………………</w:t>
            </w:r>
          </w:p>
        </w:tc>
      </w:tr>
    </w:tbl>
    <w:p w14:paraId="1B055A59" w14:textId="77777777" w:rsidR="0006392B" w:rsidRPr="003A0A7A" w:rsidRDefault="0006392B" w:rsidP="00A174AC">
      <w:pPr>
        <w:spacing w:after="0" w:line="240" w:lineRule="auto"/>
        <w:rPr>
          <w:rFonts w:ascii="Aptos Light" w:hAnsi="Aptos Light"/>
        </w:rPr>
      </w:pPr>
    </w:p>
    <w:tbl>
      <w:tblPr>
        <w:tblW w:w="0" w:type="auto"/>
        <w:shd w:val="clear" w:color="auto" w:fill="D0E0E3"/>
        <w:tblLook w:val="04A0" w:firstRow="1" w:lastRow="0" w:firstColumn="1" w:lastColumn="0" w:noHBand="0" w:noVBand="1"/>
      </w:tblPr>
      <w:tblGrid>
        <w:gridCol w:w="3827"/>
        <w:gridCol w:w="1933"/>
        <w:gridCol w:w="5003"/>
      </w:tblGrid>
      <w:tr w:rsidR="0006392B" w:rsidRPr="00EC370E" w14:paraId="5037C570" w14:textId="77777777" w:rsidTr="00786B50">
        <w:tc>
          <w:tcPr>
            <w:tcW w:w="10763" w:type="dxa"/>
            <w:gridSpan w:val="3"/>
            <w:tcBorders>
              <w:bottom w:val="single" w:sz="18" w:space="0" w:color="FFFFFF" w:themeColor="background1"/>
            </w:tcBorders>
            <w:shd w:val="clear" w:color="auto" w:fill="FFF2CC"/>
          </w:tcPr>
          <w:p w14:paraId="1312B85F" w14:textId="30E7BBFB" w:rsidR="0006392B" w:rsidRPr="00EC370E" w:rsidRDefault="00563705" w:rsidP="00A174AC">
            <w:pPr>
              <w:spacing w:before="60" w:after="60" w:line="240" w:lineRule="auto"/>
              <w:jc w:val="center"/>
              <w:rPr>
                <w:rFonts w:ascii="Aptos" w:hAnsi="Aptos"/>
                <w:b/>
                <w:bCs/>
                <w:spacing w:val="20"/>
              </w:rPr>
            </w:pPr>
            <w:r w:rsidRPr="00EC370E">
              <w:rPr>
                <w:rFonts w:ascii="Aptos" w:hAnsi="Aptos"/>
                <w:b/>
                <w:bCs/>
                <w:spacing w:val="20"/>
              </w:rPr>
              <w:t>Mixed Doubles</w:t>
            </w:r>
            <w:r w:rsidR="003A0A7A" w:rsidRPr="00EC370E">
              <w:rPr>
                <w:rFonts w:ascii="Aptos" w:hAnsi="Aptos"/>
                <w:b/>
                <w:bCs/>
                <w:spacing w:val="20"/>
              </w:rPr>
              <w:t xml:space="preserve"> (XD)</w:t>
            </w:r>
          </w:p>
        </w:tc>
      </w:tr>
      <w:tr w:rsidR="0006392B" w:rsidRPr="00A174AC" w14:paraId="6418C4B4" w14:textId="77777777" w:rsidTr="00786B50">
        <w:tc>
          <w:tcPr>
            <w:tcW w:w="3827" w:type="dxa"/>
            <w:tcBorders>
              <w:top w:val="single" w:sz="18" w:space="0" w:color="FFFFFF" w:themeColor="background1"/>
              <w:right w:val="single" w:sz="4" w:space="0" w:color="FFFFFF" w:themeColor="background1"/>
            </w:tcBorders>
            <w:shd w:val="clear" w:color="auto" w:fill="FFF2CC"/>
          </w:tcPr>
          <w:p w14:paraId="069E4AFC" w14:textId="77777777" w:rsidR="0006392B" w:rsidRPr="00A174AC" w:rsidRDefault="0006392B" w:rsidP="00A174AC">
            <w:pPr>
              <w:spacing w:after="0" w:line="240" w:lineRule="auto"/>
              <w:rPr>
                <w:rFonts w:ascii="Aptos Light" w:hAnsi="Aptos Light"/>
                <w:b/>
              </w:rPr>
            </w:pPr>
            <w:r w:rsidRPr="00A174AC">
              <w:rPr>
                <w:rFonts w:ascii="Aptos Light" w:hAnsi="Aptos Light"/>
                <w:b/>
              </w:rPr>
              <w:t>Name</w:t>
            </w:r>
          </w:p>
        </w:tc>
        <w:tc>
          <w:tcPr>
            <w:tcW w:w="1933" w:type="dxa"/>
            <w:tcBorders>
              <w:top w:val="single" w:sz="18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FF2CC"/>
          </w:tcPr>
          <w:p w14:paraId="01AF4B3D" w14:textId="77777777" w:rsidR="0006392B" w:rsidRPr="00A174AC" w:rsidRDefault="0006392B" w:rsidP="00A174AC">
            <w:pPr>
              <w:spacing w:after="0" w:line="240" w:lineRule="auto"/>
              <w:rPr>
                <w:rFonts w:ascii="Aptos Light" w:hAnsi="Aptos Light"/>
                <w:b/>
              </w:rPr>
            </w:pPr>
            <w:r w:rsidRPr="00A174AC">
              <w:rPr>
                <w:rFonts w:ascii="Aptos Light" w:hAnsi="Aptos Light"/>
                <w:b/>
              </w:rPr>
              <w:t>Date of Birth</w:t>
            </w:r>
          </w:p>
        </w:tc>
        <w:tc>
          <w:tcPr>
            <w:tcW w:w="5003" w:type="dxa"/>
            <w:tcBorders>
              <w:top w:val="single" w:sz="18" w:space="0" w:color="FFFFFF" w:themeColor="background1"/>
              <w:left w:val="single" w:sz="4" w:space="0" w:color="FFFFFF" w:themeColor="background1"/>
            </w:tcBorders>
            <w:shd w:val="clear" w:color="auto" w:fill="FFF2CC"/>
          </w:tcPr>
          <w:p w14:paraId="3CE624A6" w14:textId="77777777" w:rsidR="0006392B" w:rsidRPr="00A174AC" w:rsidRDefault="0006392B" w:rsidP="00A174AC">
            <w:pPr>
              <w:spacing w:after="0" w:line="240" w:lineRule="auto"/>
              <w:rPr>
                <w:rFonts w:ascii="Aptos Light" w:hAnsi="Aptos Light"/>
                <w:b/>
              </w:rPr>
            </w:pPr>
            <w:r w:rsidRPr="00A174AC">
              <w:rPr>
                <w:rFonts w:ascii="Aptos Light" w:hAnsi="Aptos Light"/>
                <w:b/>
              </w:rPr>
              <w:t>Email</w:t>
            </w:r>
          </w:p>
        </w:tc>
      </w:tr>
      <w:tr w:rsidR="0006392B" w:rsidRPr="003A0A7A" w14:paraId="53FFABA9" w14:textId="77777777" w:rsidTr="00786B50">
        <w:tc>
          <w:tcPr>
            <w:tcW w:w="3827" w:type="dxa"/>
            <w:tcBorders>
              <w:right w:val="single" w:sz="4" w:space="0" w:color="FFFFFF" w:themeColor="background1"/>
            </w:tcBorders>
            <w:shd w:val="clear" w:color="auto" w:fill="FFF2CC"/>
          </w:tcPr>
          <w:p w14:paraId="253F1A6A" w14:textId="6A15B097" w:rsidR="0006392B" w:rsidRPr="003A0A7A" w:rsidRDefault="00A174AC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 w:rsidRPr="003A0A7A">
              <w:rPr>
                <w:rFonts w:ascii="Aptos Light" w:hAnsi="Aptos Light"/>
              </w:rPr>
              <w:t>……………………………………………</w:t>
            </w:r>
            <w:r>
              <w:rPr>
                <w:rFonts w:ascii="Aptos Light" w:hAnsi="Aptos Light"/>
              </w:rPr>
              <w:t>……….</w:t>
            </w:r>
          </w:p>
        </w:tc>
        <w:tc>
          <w:tcPr>
            <w:tcW w:w="193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FF2CC"/>
          </w:tcPr>
          <w:p w14:paraId="00E51301" w14:textId="477C0F30" w:rsidR="0006392B" w:rsidRPr="003A0A7A" w:rsidRDefault="00A174AC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>
              <w:rPr>
                <w:rFonts w:ascii="Aptos Light" w:hAnsi="Aptos Light"/>
              </w:rPr>
              <w:t>.</w:t>
            </w:r>
            <w:r w:rsidRPr="003A0A7A">
              <w:rPr>
                <w:rFonts w:ascii="Aptos Light" w:hAnsi="Aptos Light"/>
              </w:rPr>
              <w:t>……………………</w:t>
            </w:r>
            <w:r>
              <w:rPr>
                <w:rFonts w:ascii="Aptos Light" w:hAnsi="Aptos Light"/>
              </w:rPr>
              <w:t>….</w:t>
            </w:r>
          </w:p>
        </w:tc>
        <w:tc>
          <w:tcPr>
            <w:tcW w:w="5003" w:type="dxa"/>
            <w:tcBorders>
              <w:left w:val="single" w:sz="4" w:space="0" w:color="FFFFFF" w:themeColor="background1"/>
            </w:tcBorders>
            <w:shd w:val="clear" w:color="auto" w:fill="FFF2CC"/>
          </w:tcPr>
          <w:p w14:paraId="6F16AD35" w14:textId="77777777" w:rsidR="0006392B" w:rsidRPr="003A0A7A" w:rsidRDefault="0006392B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 w:rsidRPr="003A0A7A">
              <w:rPr>
                <w:rFonts w:ascii="Aptos Light" w:hAnsi="Aptos Light"/>
                <w:bCs/>
              </w:rPr>
              <w:t>………………………………………………………………………</w:t>
            </w:r>
          </w:p>
        </w:tc>
      </w:tr>
      <w:tr w:rsidR="00EC370E" w:rsidRPr="003A0A7A" w14:paraId="47B77C77" w14:textId="77777777" w:rsidTr="00786B50">
        <w:tc>
          <w:tcPr>
            <w:tcW w:w="3827" w:type="dxa"/>
            <w:tcBorders>
              <w:right w:val="single" w:sz="4" w:space="0" w:color="FFFFFF" w:themeColor="background1"/>
            </w:tcBorders>
            <w:shd w:val="clear" w:color="auto" w:fill="FFF2CC"/>
          </w:tcPr>
          <w:p w14:paraId="4FD398A9" w14:textId="5D863D89" w:rsidR="00EC370E" w:rsidRPr="003A0A7A" w:rsidRDefault="00A174AC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 w:rsidRPr="003A0A7A">
              <w:rPr>
                <w:rFonts w:ascii="Aptos Light" w:hAnsi="Aptos Light"/>
              </w:rPr>
              <w:t>……………………………………………</w:t>
            </w:r>
            <w:r>
              <w:rPr>
                <w:rFonts w:ascii="Aptos Light" w:hAnsi="Aptos Light"/>
              </w:rPr>
              <w:t>……….</w:t>
            </w:r>
          </w:p>
        </w:tc>
        <w:tc>
          <w:tcPr>
            <w:tcW w:w="193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FF2CC"/>
          </w:tcPr>
          <w:p w14:paraId="03947E43" w14:textId="5359BD04" w:rsidR="00EC370E" w:rsidRPr="003A0A7A" w:rsidRDefault="00A174AC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>
              <w:rPr>
                <w:rFonts w:ascii="Aptos Light" w:hAnsi="Aptos Light"/>
              </w:rPr>
              <w:t>.</w:t>
            </w:r>
            <w:r w:rsidRPr="003A0A7A">
              <w:rPr>
                <w:rFonts w:ascii="Aptos Light" w:hAnsi="Aptos Light"/>
              </w:rPr>
              <w:t>……………………</w:t>
            </w:r>
            <w:r>
              <w:rPr>
                <w:rFonts w:ascii="Aptos Light" w:hAnsi="Aptos Light"/>
              </w:rPr>
              <w:t>….</w:t>
            </w:r>
          </w:p>
        </w:tc>
        <w:tc>
          <w:tcPr>
            <w:tcW w:w="5003" w:type="dxa"/>
            <w:tcBorders>
              <w:left w:val="single" w:sz="4" w:space="0" w:color="FFFFFF" w:themeColor="background1"/>
            </w:tcBorders>
            <w:shd w:val="clear" w:color="auto" w:fill="FFF2CC"/>
          </w:tcPr>
          <w:p w14:paraId="72BC9545" w14:textId="77777777" w:rsidR="00EC370E" w:rsidRPr="003A0A7A" w:rsidRDefault="00EC370E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 w:rsidRPr="003A0A7A">
              <w:rPr>
                <w:rFonts w:ascii="Aptos Light" w:hAnsi="Aptos Light"/>
                <w:bCs/>
              </w:rPr>
              <w:t>………………………………………………………………………</w:t>
            </w:r>
          </w:p>
        </w:tc>
      </w:tr>
    </w:tbl>
    <w:p w14:paraId="727F2747" w14:textId="77777777" w:rsidR="0006392B" w:rsidRDefault="0006392B" w:rsidP="00A174AC">
      <w:pPr>
        <w:spacing w:after="0" w:line="240" w:lineRule="auto"/>
        <w:rPr>
          <w:rFonts w:ascii="Aptos Light" w:hAnsi="Aptos Ligh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27"/>
        <w:gridCol w:w="1933"/>
        <w:gridCol w:w="5003"/>
      </w:tblGrid>
      <w:tr w:rsidR="0006392B" w:rsidRPr="00EC370E" w14:paraId="776C25DC" w14:textId="77777777" w:rsidTr="00786B50">
        <w:tc>
          <w:tcPr>
            <w:tcW w:w="10763" w:type="dxa"/>
            <w:gridSpan w:val="3"/>
            <w:tcBorders>
              <w:bottom w:val="single" w:sz="18" w:space="0" w:color="FFFFFF" w:themeColor="background1"/>
            </w:tcBorders>
            <w:shd w:val="clear" w:color="auto" w:fill="D0E0E3"/>
          </w:tcPr>
          <w:p w14:paraId="359D87B6" w14:textId="75C8187A" w:rsidR="0006392B" w:rsidRPr="00EC370E" w:rsidRDefault="00563705" w:rsidP="00A174AC">
            <w:pPr>
              <w:spacing w:before="60" w:after="60" w:line="240" w:lineRule="auto"/>
              <w:jc w:val="center"/>
              <w:rPr>
                <w:rFonts w:ascii="Aptos" w:hAnsi="Aptos"/>
                <w:b/>
                <w:bCs/>
                <w:spacing w:val="20"/>
              </w:rPr>
            </w:pPr>
            <w:r w:rsidRPr="00EC370E">
              <w:rPr>
                <w:rFonts w:ascii="Aptos" w:hAnsi="Aptos"/>
                <w:b/>
                <w:bCs/>
                <w:spacing w:val="20"/>
              </w:rPr>
              <w:t>Veteran’s Triples</w:t>
            </w:r>
            <w:r w:rsidR="003A0A7A" w:rsidRPr="00EC370E">
              <w:rPr>
                <w:rFonts w:ascii="Aptos" w:hAnsi="Aptos"/>
                <w:b/>
                <w:bCs/>
                <w:spacing w:val="20"/>
              </w:rPr>
              <w:t xml:space="preserve"> (VT)</w:t>
            </w:r>
          </w:p>
        </w:tc>
      </w:tr>
      <w:tr w:rsidR="0006392B" w:rsidRPr="00A174AC" w14:paraId="0FDF9269" w14:textId="77777777" w:rsidTr="00786B50">
        <w:tc>
          <w:tcPr>
            <w:tcW w:w="3827" w:type="dxa"/>
            <w:tcBorders>
              <w:top w:val="single" w:sz="18" w:space="0" w:color="FFFFFF" w:themeColor="background1"/>
              <w:right w:val="single" w:sz="4" w:space="0" w:color="FFFFFF" w:themeColor="background1"/>
            </w:tcBorders>
            <w:shd w:val="clear" w:color="auto" w:fill="D0E0E3"/>
          </w:tcPr>
          <w:p w14:paraId="0AF55379" w14:textId="77777777" w:rsidR="0006392B" w:rsidRPr="00A174AC" w:rsidRDefault="0006392B" w:rsidP="00A174AC">
            <w:pPr>
              <w:spacing w:after="0" w:line="240" w:lineRule="auto"/>
              <w:rPr>
                <w:rFonts w:ascii="Aptos Light" w:hAnsi="Aptos Light"/>
                <w:b/>
              </w:rPr>
            </w:pPr>
            <w:r w:rsidRPr="00A174AC">
              <w:rPr>
                <w:rFonts w:ascii="Aptos Light" w:hAnsi="Aptos Light"/>
                <w:b/>
              </w:rPr>
              <w:t>Name</w:t>
            </w:r>
          </w:p>
        </w:tc>
        <w:tc>
          <w:tcPr>
            <w:tcW w:w="1933" w:type="dxa"/>
            <w:tcBorders>
              <w:top w:val="single" w:sz="18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0E0E3"/>
          </w:tcPr>
          <w:p w14:paraId="009007D3" w14:textId="77777777" w:rsidR="0006392B" w:rsidRPr="00A174AC" w:rsidRDefault="0006392B" w:rsidP="00A174AC">
            <w:pPr>
              <w:spacing w:after="0" w:line="240" w:lineRule="auto"/>
              <w:rPr>
                <w:rFonts w:ascii="Aptos Light" w:hAnsi="Aptos Light"/>
                <w:b/>
              </w:rPr>
            </w:pPr>
            <w:r w:rsidRPr="00A174AC">
              <w:rPr>
                <w:rFonts w:ascii="Aptos Light" w:hAnsi="Aptos Light"/>
                <w:b/>
              </w:rPr>
              <w:t>Date of Birth</w:t>
            </w:r>
          </w:p>
        </w:tc>
        <w:tc>
          <w:tcPr>
            <w:tcW w:w="5003" w:type="dxa"/>
            <w:tcBorders>
              <w:top w:val="single" w:sz="18" w:space="0" w:color="FFFFFF" w:themeColor="background1"/>
              <w:left w:val="single" w:sz="4" w:space="0" w:color="FFFFFF" w:themeColor="background1"/>
            </w:tcBorders>
            <w:shd w:val="clear" w:color="auto" w:fill="D0E0E3"/>
          </w:tcPr>
          <w:p w14:paraId="3088EC57" w14:textId="77777777" w:rsidR="0006392B" w:rsidRPr="00A174AC" w:rsidRDefault="0006392B" w:rsidP="00A174AC">
            <w:pPr>
              <w:spacing w:after="0" w:line="240" w:lineRule="auto"/>
              <w:rPr>
                <w:rFonts w:ascii="Aptos Light" w:hAnsi="Aptos Light"/>
                <w:b/>
              </w:rPr>
            </w:pPr>
            <w:r w:rsidRPr="00A174AC">
              <w:rPr>
                <w:rFonts w:ascii="Aptos Light" w:hAnsi="Aptos Light"/>
                <w:b/>
              </w:rPr>
              <w:t>Email</w:t>
            </w:r>
          </w:p>
        </w:tc>
      </w:tr>
      <w:tr w:rsidR="0006392B" w:rsidRPr="003A0A7A" w14:paraId="1F3C0DB1" w14:textId="77777777" w:rsidTr="00786B50">
        <w:tc>
          <w:tcPr>
            <w:tcW w:w="3827" w:type="dxa"/>
            <w:tcBorders>
              <w:right w:val="single" w:sz="4" w:space="0" w:color="FFFFFF" w:themeColor="background1"/>
            </w:tcBorders>
            <w:shd w:val="clear" w:color="auto" w:fill="D0E0E3"/>
          </w:tcPr>
          <w:p w14:paraId="0F008C18" w14:textId="7B5223B7" w:rsidR="0006392B" w:rsidRPr="003A0A7A" w:rsidRDefault="00A174AC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 w:rsidRPr="003A0A7A">
              <w:rPr>
                <w:rFonts w:ascii="Aptos Light" w:hAnsi="Aptos Light"/>
              </w:rPr>
              <w:t>……………………………………………</w:t>
            </w:r>
            <w:r>
              <w:rPr>
                <w:rFonts w:ascii="Aptos Light" w:hAnsi="Aptos Light"/>
              </w:rPr>
              <w:t>……….</w:t>
            </w:r>
          </w:p>
        </w:tc>
        <w:tc>
          <w:tcPr>
            <w:tcW w:w="193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0E0E3"/>
          </w:tcPr>
          <w:p w14:paraId="230B2A8F" w14:textId="24A9284C" w:rsidR="0006392B" w:rsidRPr="003A0A7A" w:rsidRDefault="00A174AC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>
              <w:rPr>
                <w:rFonts w:ascii="Aptos Light" w:hAnsi="Aptos Light"/>
              </w:rPr>
              <w:t>.</w:t>
            </w:r>
            <w:r w:rsidRPr="003A0A7A">
              <w:rPr>
                <w:rFonts w:ascii="Aptos Light" w:hAnsi="Aptos Light"/>
              </w:rPr>
              <w:t>……………………</w:t>
            </w:r>
            <w:r>
              <w:rPr>
                <w:rFonts w:ascii="Aptos Light" w:hAnsi="Aptos Light"/>
              </w:rPr>
              <w:t>….</w:t>
            </w:r>
          </w:p>
        </w:tc>
        <w:tc>
          <w:tcPr>
            <w:tcW w:w="5003" w:type="dxa"/>
            <w:tcBorders>
              <w:left w:val="single" w:sz="4" w:space="0" w:color="FFFFFF" w:themeColor="background1"/>
            </w:tcBorders>
            <w:shd w:val="clear" w:color="auto" w:fill="D0E0E3"/>
          </w:tcPr>
          <w:p w14:paraId="7E6C63C2" w14:textId="77777777" w:rsidR="0006392B" w:rsidRPr="003A0A7A" w:rsidRDefault="0006392B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 w:rsidRPr="003A0A7A">
              <w:rPr>
                <w:rFonts w:ascii="Aptos Light" w:hAnsi="Aptos Light"/>
                <w:bCs/>
              </w:rPr>
              <w:t>………………………………………………………………………</w:t>
            </w:r>
          </w:p>
        </w:tc>
      </w:tr>
      <w:tr w:rsidR="003A0A7A" w:rsidRPr="003A0A7A" w14:paraId="513C0F63" w14:textId="77777777" w:rsidTr="00786B50">
        <w:tc>
          <w:tcPr>
            <w:tcW w:w="3827" w:type="dxa"/>
            <w:tcBorders>
              <w:right w:val="single" w:sz="4" w:space="0" w:color="FFFFFF" w:themeColor="background1"/>
            </w:tcBorders>
            <w:shd w:val="clear" w:color="auto" w:fill="D0E0E3"/>
          </w:tcPr>
          <w:p w14:paraId="6030CC45" w14:textId="0AE2B3E5" w:rsidR="003A0A7A" w:rsidRPr="003A0A7A" w:rsidRDefault="00A174AC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 w:rsidRPr="003A0A7A">
              <w:rPr>
                <w:rFonts w:ascii="Aptos Light" w:hAnsi="Aptos Light"/>
              </w:rPr>
              <w:t>……………………………………………</w:t>
            </w:r>
            <w:r>
              <w:rPr>
                <w:rFonts w:ascii="Aptos Light" w:hAnsi="Aptos Light"/>
              </w:rPr>
              <w:t>……….</w:t>
            </w:r>
          </w:p>
        </w:tc>
        <w:tc>
          <w:tcPr>
            <w:tcW w:w="193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0E0E3"/>
          </w:tcPr>
          <w:p w14:paraId="4B196555" w14:textId="0C8F7E44" w:rsidR="003A0A7A" w:rsidRPr="003A0A7A" w:rsidRDefault="00A174AC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>
              <w:rPr>
                <w:rFonts w:ascii="Aptos Light" w:hAnsi="Aptos Light"/>
              </w:rPr>
              <w:t>.</w:t>
            </w:r>
            <w:r w:rsidRPr="003A0A7A">
              <w:rPr>
                <w:rFonts w:ascii="Aptos Light" w:hAnsi="Aptos Light"/>
              </w:rPr>
              <w:t>……………………</w:t>
            </w:r>
            <w:r>
              <w:rPr>
                <w:rFonts w:ascii="Aptos Light" w:hAnsi="Aptos Light"/>
              </w:rPr>
              <w:t>….</w:t>
            </w:r>
          </w:p>
        </w:tc>
        <w:tc>
          <w:tcPr>
            <w:tcW w:w="5003" w:type="dxa"/>
            <w:tcBorders>
              <w:left w:val="single" w:sz="4" w:space="0" w:color="FFFFFF" w:themeColor="background1"/>
            </w:tcBorders>
            <w:shd w:val="clear" w:color="auto" w:fill="D0E0E3"/>
          </w:tcPr>
          <w:p w14:paraId="285147CB" w14:textId="77777777" w:rsidR="003A0A7A" w:rsidRPr="003A0A7A" w:rsidRDefault="003A0A7A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 w:rsidRPr="003A0A7A">
              <w:rPr>
                <w:rFonts w:ascii="Aptos Light" w:hAnsi="Aptos Light"/>
                <w:bCs/>
              </w:rPr>
              <w:t>………………………………………………………………………</w:t>
            </w:r>
          </w:p>
        </w:tc>
      </w:tr>
      <w:tr w:rsidR="003A0A7A" w:rsidRPr="003A0A7A" w14:paraId="20BCBD42" w14:textId="77777777" w:rsidTr="00786B50">
        <w:tc>
          <w:tcPr>
            <w:tcW w:w="3827" w:type="dxa"/>
            <w:tcBorders>
              <w:right w:val="single" w:sz="4" w:space="0" w:color="FFFFFF" w:themeColor="background1"/>
            </w:tcBorders>
            <w:shd w:val="clear" w:color="auto" w:fill="D0E0E3"/>
          </w:tcPr>
          <w:p w14:paraId="08271E3D" w14:textId="6C4918AE" w:rsidR="003A0A7A" w:rsidRPr="003A0A7A" w:rsidRDefault="00A174AC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 w:rsidRPr="003A0A7A">
              <w:rPr>
                <w:rFonts w:ascii="Aptos Light" w:hAnsi="Aptos Light"/>
              </w:rPr>
              <w:t>……………………………………………</w:t>
            </w:r>
            <w:r>
              <w:rPr>
                <w:rFonts w:ascii="Aptos Light" w:hAnsi="Aptos Light"/>
              </w:rPr>
              <w:t>……….</w:t>
            </w:r>
          </w:p>
        </w:tc>
        <w:tc>
          <w:tcPr>
            <w:tcW w:w="193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0E0E3"/>
          </w:tcPr>
          <w:p w14:paraId="5FBFB265" w14:textId="294DDCF8" w:rsidR="003A0A7A" w:rsidRPr="003A0A7A" w:rsidRDefault="00A174AC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>
              <w:rPr>
                <w:rFonts w:ascii="Aptos Light" w:hAnsi="Aptos Light"/>
              </w:rPr>
              <w:t>.</w:t>
            </w:r>
            <w:r w:rsidRPr="003A0A7A">
              <w:rPr>
                <w:rFonts w:ascii="Aptos Light" w:hAnsi="Aptos Light"/>
              </w:rPr>
              <w:t>……………………</w:t>
            </w:r>
            <w:r>
              <w:rPr>
                <w:rFonts w:ascii="Aptos Light" w:hAnsi="Aptos Light"/>
              </w:rPr>
              <w:t>….</w:t>
            </w:r>
          </w:p>
        </w:tc>
        <w:tc>
          <w:tcPr>
            <w:tcW w:w="5003" w:type="dxa"/>
            <w:tcBorders>
              <w:left w:val="single" w:sz="4" w:space="0" w:color="FFFFFF" w:themeColor="background1"/>
            </w:tcBorders>
            <w:shd w:val="clear" w:color="auto" w:fill="D0E0E3"/>
          </w:tcPr>
          <w:p w14:paraId="582BBB49" w14:textId="77777777" w:rsidR="003A0A7A" w:rsidRPr="003A0A7A" w:rsidRDefault="003A0A7A" w:rsidP="00A174AC">
            <w:pPr>
              <w:spacing w:before="120" w:after="0" w:line="240" w:lineRule="auto"/>
              <w:rPr>
                <w:rFonts w:ascii="Aptos Light" w:hAnsi="Aptos Light"/>
                <w:bCs/>
              </w:rPr>
            </w:pPr>
            <w:r w:rsidRPr="003A0A7A">
              <w:rPr>
                <w:rFonts w:ascii="Aptos Light" w:hAnsi="Aptos Light"/>
                <w:bCs/>
              </w:rPr>
              <w:t>………………………………………………………………………</w:t>
            </w:r>
          </w:p>
        </w:tc>
      </w:tr>
    </w:tbl>
    <w:p w14:paraId="6F1C8EC1" w14:textId="77777777" w:rsidR="0006392B" w:rsidRPr="003A0A7A" w:rsidRDefault="0006392B" w:rsidP="00A174AC">
      <w:pPr>
        <w:spacing w:after="0" w:line="240" w:lineRule="auto"/>
        <w:rPr>
          <w:rFonts w:ascii="Aptos Light" w:hAnsi="Aptos Light"/>
        </w:rPr>
      </w:pPr>
    </w:p>
    <w:p w14:paraId="7DA51D92" w14:textId="61BBC228" w:rsidR="004819D9" w:rsidRPr="0064077E" w:rsidRDefault="00786B50" w:rsidP="00786B50">
      <w:pPr>
        <w:spacing w:after="0" w:line="360" w:lineRule="auto"/>
        <w:rPr>
          <w:rFonts w:ascii="Aptos Light" w:hAnsi="Aptos Light"/>
          <w:color w:val="EE0000"/>
          <w:sz w:val="24"/>
          <w:szCs w:val="24"/>
        </w:rPr>
      </w:pPr>
      <w:r w:rsidRPr="0064077E">
        <w:rPr>
          <w:rFonts w:ascii="Aptos Light" w:hAnsi="Aptos Light"/>
          <w:b/>
          <w:color w:val="EE0000"/>
          <w:sz w:val="24"/>
          <w:szCs w:val="24"/>
        </w:rPr>
        <w:t>PAYMENT</w:t>
      </w:r>
    </w:p>
    <w:p w14:paraId="24A2EDFF" w14:textId="79072703" w:rsidR="00E07BAA" w:rsidRPr="0064077E" w:rsidRDefault="00E07BAA" w:rsidP="00786B50">
      <w:pPr>
        <w:spacing w:after="0" w:line="360" w:lineRule="auto"/>
        <w:rPr>
          <w:rFonts w:ascii="Aptos Light" w:hAnsi="Aptos Light"/>
          <w:color w:val="EE0000"/>
          <w:sz w:val="24"/>
          <w:szCs w:val="24"/>
        </w:rPr>
      </w:pPr>
      <w:r w:rsidRPr="0064077E">
        <w:rPr>
          <w:rFonts w:ascii="Aptos Light" w:hAnsi="Aptos Light"/>
          <w:color w:val="EE0000"/>
          <w:sz w:val="24"/>
          <w:szCs w:val="24"/>
        </w:rPr>
        <w:t xml:space="preserve">Amount paid:  £ </w:t>
      </w:r>
      <w:r w:rsidRPr="0064077E">
        <w:rPr>
          <w:rFonts w:ascii="Aptos Light" w:hAnsi="Aptos Light"/>
          <w:color w:val="EE0000"/>
          <w:sz w:val="24"/>
          <w:szCs w:val="24"/>
        </w:rPr>
        <w:tab/>
      </w:r>
      <w:r w:rsidRPr="0064077E">
        <w:rPr>
          <w:rFonts w:ascii="Aptos Light" w:hAnsi="Aptos Light"/>
          <w:color w:val="EE0000"/>
          <w:sz w:val="24"/>
          <w:szCs w:val="24"/>
        </w:rPr>
        <w:tab/>
      </w:r>
      <w:r w:rsidRPr="0064077E">
        <w:rPr>
          <w:rFonts w:ascii="Aptos Light" w:hAnsi="Aptos Light"/>
          <w:color w:val="EE0000"/>
          <w:sz w:val="24"/>
          <w:szCs w:val="24"/>
        </w:rPr>
        <w:tab/>
      </w:r>
      <w:r w:rsidR="00A174AC" w:rsidRPr="0064077E">
        <w:rPr>
          <w:rFonts w:ascii="Aptos Light" w:hAnsi="Aptos Light"/>
          <w:color w:val="EE0000"/>
          <w:sz w:val="24"/>
          <w:szCs w:val="24"/>
        </w:rPr>
        <w:t>Cheque enclosed</w:t>
      </w:r>
      <w:r w:rsidRPr="0064077E">
        <w:rPr>
          <w:rFonts w:ascii="Aptos Light" w:hAnsi="Aptos Light"/>
          <w:color w:val="EE0000"/>
          <w:sz w:val="24"/>
          <w:szCs w:val="24"/>
        </w:rPr>
        <w:t xml:space="preserve">: </w:t>
      </w:r>
      <w:r w:rsidRPr="0064077E">
        <w:rPr>
          <w:rFonts w:ascii="Aptos Light" w:hAnsi="Aptos Light"/>
          <w:b/>
          <w:bCs/>
          <w:color w:val="EE0000"/>
          <w:sz w:val="24"/>
          <w:szCs w:val="24"/>
        </w:rPr>
        <w:t>Y</w:t>
      </w:r>
      <w:r w:rsidR="00786B50" w:rsidRPr="0064077E">
        <w:rPr>
          <w:rFonts w:ascii="Aptos Light" w:hAnsi="Aptos Light"/>
          <w:b/>
          <w:bCs/>
          <w:color w:val="EE0000"/>
          <w:sz w:val="24"/>
          <w:szCs w:val="24"/>
        </w:rPr>
        <w:t xml:space="preserve"> </w:t>
      </w:r>
      <w:r w:rsidRPr="0064077E">
        <w:rPr>
          <w:rFonts w:ascii="Aptos Light" w:hAnsi="Aptos Light"/>
          <w:b/>
          <w:bCs/>
          <w:color w:val="EE0000"/>
          <w:sz w:val="24"/>
          <w:szCs w:val="24"/>
        </w:rPr>
        <w:t>/</w:t>
      </w:r>
      <w:r w:rsidR="00786B50" w:rsidRPr="0064077E">
        <w:rPr>
          <w:rFonts w:ascii="Aptos Light" w:hAnsi="Aptos Light"/>
          <w:b/>
          <w:bCs/>
          <w:color w:val="EE0000"/>
          <w:sz w:val="24"/>
          <w:szCs w:val="24"/>
        </w:rPr>
        <w:t xml:space="preserve"> </w:t>
      </w:r>
      <w:r w:rsidRPr="0064077E">
        <w:rPr>
          <w:rFonts w:ascii="Aptos Light" w:hAnsi="Aptos Light"/>
          <w:b/>
          <w:bCs/>
          <w:color w:val="EE0000"/>
          <w:sz w:val="24"/>
          <w:szCs w:val="24"/>
        </w:rPr>
        <w:t>N</w:t>
      </w:r>
      <w:r w:rsidR="00A174AC" w:rsidRPr="0064077E">
        <w:rPr>
          <w:rFonts w:ascii="Aptos Light" w:hAnsi="Aptos Light"/>
          <w:color w:val="EE0000"/>
          <w:sz w:val="24"/>
          <w:szCs w:val="24"/>
        </w:rPr>
        <w:t xml:space="preserve">   </w:t>
      </w:r>
    </w:p>
    <w:p w14:paraId="417BB1FA" w14:textId="00A3D509" w:rsidR="00A174AC" w:rsidRPr="0064077E" w:rsidRDefault="00A174AC" w:rsidP="00786B50">
      <w:pPr>
        <w:spacing w:after="0" w:line="360" w:lineRule="auto"/>
        <w:rPr>
          <w:rFonts w:ascii="Aptos Light" w:hAnsi="Aptos Light"/>
          <w:color w:val="EE0000"/>
          <w:sz w:val="24"/>
          <w:szCs w:val="24"/>
        </w:rPr>
      </w:pPr>
      <w:r w:rsidRPr="0064077E">
        <w:rPr>
          <w:rFonts w:ascii="Aptos Light" w:hAnsi="Aptos Light"/>
          <w:color w:val="EE0000"/>
          <w:sz w:val="24"/>
          <w:szCs w:val="24"/>
        </w:rPr>
        <w:t>Bank transfer made</w:t>
      </w:r>
      <w:r w:rsidR="00E07BAA" w:rsidRPr="0064077E">
        <w:rPr>
          <w:rFonts w:ascii="Aptos Light" w:hAnsi="Aptos Light"/>
          <w:color w:val="EE0000"/>
          <w:sz w:val="24"/>
          <w:szCs w:val="24"/>
        </w:rPr>
        <w:t xml:space="preserve">:  </w:t>
      </w:r>
      <w:r w:rsidR="00E07BAA" w:rsidRPr="0064077E">
        <w:rPr>
          <w:rFonts w:ascii="Aptos Light" w:hAnsi="Aptos Light"/>
          <w:b/>
          <w:bCs/>
          <w:color w:val="EE0000"/>
          <w:sz w:val="24"/>
          <w:szCs w:val="24"/>
        </w:rPr>
        <w:t>Y</w:t>
      </w:r>
      <w:r w:rsidR="00786B50" w:rsidRPr="0064077E">
        <w:rPr>
          <w:rFonts w:ascii="Aptos Light" w:hAnsi="Aptos Light"/>
          <w:b/>
          <w:bCs/>
          <w:color w:val="EE0000"/>
          <w:sz w:val="24"/>
          <w:szCs w:val="24"/>
        </w:rPr>
        <w:t xml:space="preserve"> </w:t>
      </w:r>
      <w:r w:rsidR="00E07BAA" w:rsidRPr="0064077E">
        <w:rPr>
          <w:rFonts w:ascii="Aptos Light" w:hAnsi="Aptos Light"/>
          <w:b/>
          <w:bCs/>
          <w:color w:val="EE0000"/>
          <w:sz w:val="24"/>
          <w:szCs w:val="24"/>
        </w:rPr>
        <w:t>/</w:t>
      </w:r>
      <w:r w:rsidR="00786B50" w:rsidRPr="0064077E">
        <w:rPr>
          <w:rFonts w:ascii="Aptos Light" w:hAnsi="Aptos Light"/>
          <w:b/>
          <w:bCs/>
          <w:color w:val="EE0000"/>
          <w:sz w:val="24"/>
          <w:szCs w:val="24"/>
        </w:rPr>
        <w:t xml:space="preserve"> </w:t>
      </w:r>
      <w:r w:rsidR="00E07BAA" w:rsidRPr="0064077E">
        <w:rPr>
          <w:rFonts w:ascii="Aptos Light" w:hAnsi="Aptos Light"/>
          <w:b/>
          <w:bCs/>
          <w:color w:val="EE0000"/>
          <w:sz w:val="24"/>
          <w:szCs w:val="24"/>
        </w:rPr>
        <w:t>N</w:t>
      </w:r>
      <w:r w:rsidRPr="0064077E">
        <w:rPr>
          <w:rFonts w:ascii="Aptos Light" w:hAnsi="Aptos Light"/>
          <w:color w:val="EE0000"/>
          <w:sz w:val="24"/>
          <w:szCs w:val="24"/>
        </w:rPr>
        <w:t xml:space="preserve"> </w:t>
      </w:r>
      <w:r w:rsidR="00E07BAA" w:rsidRPr="0064077E">
        <w:rPr>
          <w:rFonts w:ascii="Aptos Light" w:hAnsi="Aptos Light"/>
          <w:color w:val="EE0000"/>
          <w:sz w:val="24"/>
          <w:szCs w:val="24"/>
        </w:rPr>
        <w:tab/>
      </w:r>
      <w:r w:rsidR="00E07BAA" w:rsidRPr="0064077E">
        <w:rPr>
          <w:rFonts w:ascii="Aptos Light" w:hAnsi="Aptos Light"/>
          <w:color w:val="EE0000"/>
          <w:sz w:val="24"/>
          <w:szCs w:val="24"/>
        </w:rPr>
        <w:tab/>
      </w:r>
      <w:r w:rsidRPr="0064077E">
        <w:rPr>
          <w:rFonts w:ascii="Aptos Light" w:hAnsi="Aptos Light"/>
          <w:color w:val="EE0000"/>
          <w:sz w:val="24"/>
          <w:szCs w:val="24"/>
        </w:rPr>
        <w:t>From account name (if different)</w:t>
      </w:r>
      <w:r w:rsidR="00E07BAA" w:rsidRPr="0064077E">
        <w:rPr>
          <w:rFonts w:ascii="Aptos Light" w:hAnsi="Aptos Light"/>
          <w:color w:val="EE0000"/>
          <w:sz w:val="24"/>
          <w:szCs w:val="24"/>
        </w:rPr>
        <w:t>:</w:t>
      </w:r>
    </w:p>
    <w:sectPr w:rsidR="00A174AC" w:rsidRPr="0064077E" w:rsidSect="00E07BAA">
      <w:headerReference w:type="first" r:id="rId17"/>
      <w:pgSz w:w="12240" w:h="15840"/>
      <w:pgMar w:top="964" w:right="680" w:bottom="851" w:left="6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7AC7B" w14:textId="77777777" w:rsidR="00166CF2" w:rsidRDefault="00166CF2" w:rsidP="002C6948">
      <w:pPr>
        <w:spacing w:after="0" w:line="240" w:lineRule="auto"/>
      </w:pPr>
      <w:r>
        <w:separator/>
      </w:r>
    </w:p>
  </w:endnote>
  <w:endnote w:type="continuationSeparator" w:id="0">
    <w:p w14:paraId="62533649" w14:textId="77777777" w:rsidR="00166CF2" w:rsidRDefault="00166CF2" w:rsidP="002C6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  <w:font w:name="Aptos Light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987DD" w14:textId="77777777" w:rsidR="00166CF2" w:rsidRDefault="00166CF2" w:rsidP="002C6948">
      <w:pPr>
        <w:spacing w:after="0" w:line="240" w:lineRule="auto"/>
      </w:pPr>
      <w:r>
        <w:separator/>
      </w:r>
    </w:p>
  </w:footnote>
  <w:footnote w:type="continuationSeparator" w:id="0">
    <w:p w14:paraId="07E21F17" w14:textId="77777777" w:rsidR="00166CF2" w:rsidRDefault="00166CF2" w:rsidP="002C69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A0859" w14:textId="30CF17B9" w:rsidR="00E07BAA" w:rsidRDefault="00563705">
    <w:pPr>
      <w:pStyle w:val="Header"/>
    </w:pPr>
    <w:r w:rsidRPr="00F37F71">
      <w:rPr>
        <w:noProof/>
      </w:rPr>
      <w:drawing>
        <wp:anchor distT="0" distB="0" distL="114300" distR="114300" simplePos="0" relativeHeight="251659264" behindDoc="1" locked="0" layoutInCell="1" allowOverlap="1" wp14:anchorId="09726226" wp14:editId="169BDDC9">
          <wp:simplePos x="0" y="0"/>
          <wp:positionH relativeFrom="column">
            <wp:posOffset>5958840</wp:posOffset>
          </wp:positionH>
          <wp:positionV relativeFrom="paragraph">
            <wp:posOffset>-312420</wp:posOffset>
          </wp:positionV>
          <wp:extent cx="1230086" cy="936172"/>
          <wp:effectExtent l="0" t="0" r="8255" b="0"/>
          <wp:wrapNone/>
          <wp:docPr id="1" name="Picture 1" descr="Logo&#10;&#10;Description automatically generate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&#10;&#10;Description automatically generated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0086" cy="936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AA477" w14:textId="749D1E91" w:rsidR="00E07BAA" w:rsidRDefault="00E07B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74A7F97"/>
    <w:multiLevelType w:val="hybridMultilevel"/>
    <w:tmpl w:val="E62241AC"/>
    <w:lvl w:ilvl="0" w:tplc="D7020644">
      <w:start w:val="1"/>
      <w:numFmt w:val="decimal"/>
      <w:lvlText w:val="%1."/>
      <w:lvlJc w:val="left"/>
      <w:pPr>
        <w:ind w:left="785" w:hanging="360"/>
      </w:pPr>
      <w:rPr>
        <w:rFonts w:hint="default"/>
        <w:b/>
        <w:bCs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4B360EAF"/>
    <w:multiLevelType w:val="hybridMultilevel"/>
    <w:tmpl w:val="F698C83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0017747">
    <w:abstractNumId w:val="8"/>
  </w:num>
  <w:num w:numId="2" w16cid:durableId="1694959954">
    <w:abstractNumId w:val="6"/>
  </w:num>
  <w:num w:numId="3" w16cid:durableId="498160719">
    <w:abstractNumId w:val="5"/>
  </w:num>
  <w:num w:numId="4" w16cid:durableId="156264853">
    <w:abstractNumId w:val="4"/>
  </w:num>
  <w:num w:numId="5" w16cid:durableId="1071268372">
    <w:abstractNumId w:val="7"/>
  </w:num>
  <w:num w:numId="6" w16cid:durableId="1998729762">
    <w:abstractNumId w:val="3"/>
  </w:num>
  <w:num w:numId="7" w16cid:durableId="1448542217">
    <w:abstractNumId w:val="2"/>
  </w:num>
  <w:num w:numId="8" w16cid:durableId="839347653">
    <w:abstractNumId w:val="1"/>
  </w:num>
  <w:num w:numId="9" w16cid:durableId="279143916">
    <w:abstractNumId w:val="0"/>
  </w:num>
  <w:num w:numId="10" w16cid:durableId="58210032">
    <w:abstractNumId w:val="10"/>
  </w:num>
  <w:num w:numId="11" w16cid:durableId="148308016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392B"/>
    <w:rsid w:val="000F5520"/>
    <w:rsid w:val="0015074B"/>
    <w:rsid w:val="00166CF2"/>
    <w:rsid w:val="0018082B"/>
    <w:rsid w:val="001F16D0"/>
    <w:rsid w:val="0029639D"/>
    <w:rsid w:val="002C6948"/>
    <w:rsid w:val="00326F90"/>
    <w:rsid w:val="003A0A7A"/>
    <w:rsid w:val="003D0C50"/>
    <w:rsid w:val="004819D9"/>
    <w:rsid w:val="005412F6"/>
    <w:rsid w:val="00563705"/>
    <w:rsid w:val="0056428E"/>
    <w:rsid w:val="005B3C8A"/>
    <w:rsid w:val="0064077E"/>
    <w:rsid w:val="00786B50"/>
    <w:rsid w:val="00827F89"/>
    <w:rsid w:val="00875CA2"/>
    <w:rsid w:val="008A6006"/>
    <w:rsid w:val="008F0E4C"/>
    <w:rsid w:val="00926E4B"/>
    <w:rsid w:val="009F39EB"/>
    <w:rsid w:val="00A174AC"/>
    <w:rsid w:val="00A375F1"/>
    <w:rsid w:val="00AA1D8D"/>
    <w:rsid w:val="00B47730"/>
    <w:rsid w:val="00C348F7"/>
    <w:rsid w:val="00C4089B"/>
    <w:rsid w:val="00CB0664"/>
    <w:rsid w:val="00D55910"/>
    <w:rsid w:val="00E07BAA"/>
    <w:rsid w:val="00EC370E"/>
    <w:rsid w:val="00F07EE4"/>
    <w:rsid w:val="00F619BA"/>
    <w:rsid w:val="00F92BE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451F617"/>
  <w14:defaultImageDpi w14:val="300"/>
  <w15:docId w15:val="{09D85309-2CE9-4B02-9B19-3ECDB7FEA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5B3C8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3C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etitionsjpa@gmail.com" TargetMode="External"/><Relationship Id="rId13" Type="http://schemas.openxmlformats.org/officeDocument/2006/relationships/hyperlink" Target="http://www.petanque.je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ompetitionsjpa@gmail.com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fipjp.or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secjpa@gmail.com" TargetMode="External"/><Relationship Id="rId10" Type="http://schemas.openxmlformats.org/officeDocument/2006/relationships/hyperlink" Target="http://www.cep-petanque.com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cep-petanque." TargetMode="External"/><Relationship Id="rId14" Type="http://schemas.openxmlformats.org/officeDocument/2006/relationships/hyperlink" Target="http://www.facebook.com/Jsypetanqu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3923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Steve Foster</cp:lastModifiedBy>
  <cp:revision>3</cp:revision>
  <dcterms:created xsi:type="dcterms:W3CDTF">2026-04-10T05:56:00Z</dcterms:created>
  <dcterms:modified xsi:type="dcterms:W3CDTF">2026-04-10T05:56:00Z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44d7555f-5465-43b3-9bd3-f18827fbb29b</vt:lpwstr>
  </property>
</Properties>
</file>